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Taktik Penyerangan dan Pertahanan Permainan Bola Besar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pola taktik penyerangan dan pertahanan dalam permainan bola besar berdasarkan situasi pertandingan.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Merancang skema formasi dan variasi serangan efektif untuk menghadapi pola pertahanan lawan.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Mengevaluasi efektivitas penerapan taktik tim dengan mengedepankan sportivitas, komunikasi, dan kerja sama.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Merancang dan mengevaluasi taktik penyerangan dan pertahanan dalam permainan sepak bola, bola voli, dan bola basket secara kolaboratif.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Taktik Pola Penyerangan Sepak Bola dan Bola Basket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Penerapan kombinasi umpan pendek-panjang, penetrasi ruang kosong, *pick and roll*, serta transisi serangan balik kilat.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Taktik Pola Pertahanan dan Transisi Cepat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Pengorganisasian garis pertahanan kompak, perangkap *offside*, sistem blok ganda bola voli, dan penjagaan *zone defense*.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Evaluasi dan Analisis Statistik Pertandingan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Pencatatan data statistik performa tim (efektivitas tembakan, operan berhasil, pelanggaran) sebagai dasar refleksi taktis.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Dalam pertandingan sepak bola, tim lawan menerapkan garis pertahanan sangat rendah (low block) dengan menumpuk pemain di area kotak penalti. Taktik penyerangan paling efektif untuk membongkar pertahanan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Melakukan umpan lambung langsung dari lini pertahanan ke penyerang tunggal.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Memanfaatkan lebar lapangan melalui sirkulasi bola cepat dan tembakan spekulasi jarak menengah di luar kotak penalti.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Menginstruksikan seluruh pemain untuk menggiring bola melewati barisan bek satu per satu.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Menunggu di area sendiri hingga lawan keluar menyerang tanpa melakukan tekanan aktif.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Pertahanan low block menutup ruang sempit di tengah kotak penalti. Memanfaatkan lebar lapangan akan meregangkan blok pertahanan lawan dan menciptakan ruang bagi tembakan jarak menengah dari lini kedua.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permainan bola voli, tim lawan memiliki smasher kidal yang sangat dominan di posisi sayap kanan (posisi 2). Formasi pertahanan blok yang paling tepat diinstruksikan oleh pelatih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Menempatkan satu pemain blok tanpa ada bantuan dari pemain bertahan belakang.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Menerapkan blok ganda (double block) yang menutup jalur pukulan lurus dan tajam ke posisi diagonal.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Membiarkan pemain lawan memukul bebas dan hanya mengandalkan tosser untuk mengambil bola.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Memundurkan semua pemain ke garis belakang lapangan tanpa melakukan blok di bibir net.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Blok ganda yang menutup jalur pukulan utama (lurus dan tajam) dari spiker dominan mempersempit sudut serangan dan memudahkan pemain cover belakang (libero/defender) mengamankan bola pantulan.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skema penyerangan bola basket, apa tujuan utama dilakukannya gerakan 'give and go' (pass and cut)?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Mengulur waktu penyerangan selama mungkin hingga tembakan detik terakhir.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Memberikan bola kepada kawan lalu bergerak memotong pertahanan menuju ring untuk menerima umpan balik.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Memaksa wasit memberikan pelanggaran teknis kepada tim bertahan lawan.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Menghentikan pergerakan seluruh pemain luar agar penyerang utama bisa mengisolasi diri.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Give and go adalah gerakan dasar taktis di mana pemain mengoper bola lalu segera berlari cepat memotong bek lawan menuju ring untuk menerima operan balik bebas tanpa kawalan.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Suatu tim bola basket menghadapi lawan yang memiliki pemain berpostur tinggi besar di bawah ring namun lambat bergerak keluar. Pola pertahanan lawan adalah 2-3 zone defense. Strategi ofensif yang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Terus menerus memaksa penetrasi ke area dalam di bawah ring lawan.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Melakukan perputaran bola cepat di garis perimeter untuk menciptakan peluang tembakan 3 angka dari sudut bebas (flank/corner).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Mengabaikan rotasi bola dan menginstruksikan penyerang melakukan duel fisik di bawah ring.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Memperlambat tempo permainan dan tidak melepaskan tembakan sepanjang pertandingan.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Pola 2-3 zone defence rapat di area sentral dalam kotak penalti. Mengalirkan bola cepat antarperimeter membuka celah tembakan luar perimeter/tiga angka sebelum pemain bertahan besar sempat menutup ruang.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Ketika tim sepak bola sedang unggul 1-0 pada menit ke-85 dalam pertandingan gugur, prinsip manajemen taktik yang bijaksana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Melakukan serangan total dengan menaikkan seluruh bek tengah ke depan.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Menjaga formasi kompak, mengamankan penguasaan bola secara terkendali, dan meminimalkan pelanggaran tidak perlu di sepertiga akhir lapangan.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Melakukan aksi diving berulang kali untuk memicu kartu merah wasit.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Menghentikan operan bola dan membuang bola keluar lapangan secara sengaja setiap kali menyentuh bola.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Mempertahankan keunggulan di menit krusial dilakukan dengan disiplin posisi, penguasaan bola terkontrol (possession retention), dan menghindari kesalahan fatal di zona pertahanan.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1: Taktik Penyerangan dan Pertahanan Permainan Bola Besar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Taktik Pola Penyerangan Sepak Bola dan Bola Basket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Penerapan kombinasi umpan pendek-panjang, penetrasi ruang kosong, *pick and roll*, serta transisi serangan balik kilat.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Taktik Pola Pertahanan dan Transisi Cepat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Pengorganisasian garis pertahanan kompak, perangkap *offside*, sistem blok ganda bola voli, dan penjagaan *zone defense*.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Evaluasi dan Analisis Statistik Pertandingan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Pencatatan data statistik performa tim (efektivitas tembakan, operan berhasil, pelanggaran) sebagai dasar refleksi taktis.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bola besar pada tingkat SMA Kelas 12 tidak lagi hanya menekankan pada penguasaan teknik dasar mekanis, melainkan telah bergeser ke ranah pemahaman taktis dan kecerdasan bermain (*game intelligence*). Peserta didik dituntut untuk mampu membaca dinamika permainan secara cepat, mengambil keputusan strategis di bawah tekanan waktu, dan mengeksekusi rencana permainan yang telah disepakati bersama tim.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Fokus pembelajaran mencakup perancangan taktik penyerangan (*attacking tactics*) seperti transisi kilat, penguasaan ruang, dan rotasi posisi, serta taktik pertahanan (*defensive tactics*) seperti penjagaan satu lawan satu (*man-to-man marking*) dan pertahanan zona (*zone defence*). Integrasi analisis video dan simulasi taktis di lapangan membantu peserta didik menghubungkan konsep teoretis dengan aplikasi praktis.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simulasi kompetisi terstruktur, peserta didik mengasah keterampilan kepemimpinan lapangan, komunikasi verbal dan non-verbal yang efektif, serta kemampuan regulasi emosi saat menghadapi situasi tertinggal skor. Pendekatan ini memperkuat karakter Profil Pelajar Pancasila dalam dimensi mandiri dan gotong royong.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Zone Defence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pertahanan di mana setiap pemain bertanggung jawab menjaga area tertentu di lapangan, bukan mengawal individu lawan secara khusus.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Pick and Roll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Strategi ofensif bola basket di mana seorang pemain memasang blok terhadap bek lawan untuk membebaskan rekan pembawa bola sebelum bergerak ke ring.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Counter Attack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Transisi penyerangan kilat yang dilancarkan segera setelah merebut penguasaan bola saat lawan belum terorganisasi dalam formasi bertahan.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Switching Defend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Taktik pertahanan saling bertukar tugas penjagaan antarpemain saat terjadi pergerakan silang atau skrining dari tim lawan.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Game Intelligence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kognitif pemain dalam membaca alur pertandingan, memprediksi gerakan lawan, dan mengambil keputusan taktis optimal dalam hitungan detik.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