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Senam Ritmik, Aktivitas Air, dan Pencegahan IMS/HIV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dan memeragakan variasi koreografi senam ritmik dengan irama musik yang harmonis.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menyempurnakan teknik renang gaya dada dan menerapkan protokol keselamatan di air.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bahaya, cara penularan, dan tindakan preventif terhadap IMS dan HIV/AIDS.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Koreografi senam ritmik aerobik berkelompok, teknik renang gaya dada dan keselamatan penyelamatan air (water rescue), serta edukasi kesehatan reproduksi dan pencegahan penularan HIV/AIDS dan IMS.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Koreografi Senam Ritmik Aerobik Beregu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langkah kaki (marching, v-step, grapevine) dengan ayunan lengan dinamis selaras ketukan lagu.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Mekanika Renang Gaya Dada dan Efisiensi Luncuran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koordinasi ritme gerak tarikan lengan, dorongan tungkai kaki, dan pernapasan kepala.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Prinsip Keselamatan Akuatik dan Pertolongan Korban Tenggelam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metode penyelamatan reach, throw, row, go dengan alat bantu pelampung atau galah.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Edukasi Pencegahan IMS, HIV/AIDS, dan Pergaulan Sehat Remaja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jalur transmisi virus, mitos penularan, pentingnya abstinensi, dan perlindungan kesehatan reproduksi.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Prinsip keselamatan paling utama yang wajib diingat ketika melihat korban tenggelam di kolam renang dalam kondisi panik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Mengutamakan pertolongan dari tepi kolam menggunakan alat bantu (tongkat/pelampung) tanpa langsung terjun kontak fisik (Reach/Throw)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melompat ke air dan membiarkan leher dipeluk erat oleh korban yang panik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Menunggu hingga korban tenggelam ke dasar kolam baru ditolong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Merekam video kejadian untuk diunggah ke internet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Metode Reach, Throw, Row mengutamakan keselamatan penolong agar tidak ikut tertarik tenggelam oleh korban yang panik.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koordinasi gerak yang benar pada renang gaya dada (breaststroke)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Tarikan lengan dan ambil napas -&gt; Dorongan tungkai kaki (tendangan katak) -&gt; Meluncur rileks (*Pull, Breathe, Kick, Glide*)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Tendangan kaki dan tarikan lengan dilakukan bersamaan tanpa fase meluncur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Kepala selalu berada di dalam air tanpa pernah mengambil napas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bergerak menggunting seperti gaya bebas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Siklus renang dada: Tarik lengan &amp; napas -&gt; Dorong kaki katak -&gt; Luncuran streamline.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Virus HIV TIDAK DAPAT ditularkan melalui aktivitas sehari-hari seperti...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Berjabat tangan, berpelukan, makan bersama satu meja, atau gigitan nyamuk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Hubungan seksual tanpa pengaman dengan penderita HIV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Penggunaan jarum suntik bekas secara bergantian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Transfusi darah yang terkontaminasi virus HIV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HIV tidak menular melalui kontak sosial biasa, air liur, keringat, sentuhan kulit, atau gigitan serangga.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kaki dalam senam aerobik yang dilakukan dengan melangkah menyilang di belakang kaki tumpu disebut langkah...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Grapevine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Marching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Jumping Jack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Heel Touch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Grapevine adalah gerakan melangkah ke samping dengan menyilangkan kaki ke belakang lalu membuka kembali ke posisi awal.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etis masyarakat yang benar terhadap Orang dengan HIV/AIDS (ODHA)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dukungan moral, tidak mendiskriminasi atau mengucilkan, serta mendukung pengobatan antiretroviral (ARV)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Mengucilkan ODHA dari lingkungan permukiman secara paksa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berjabat tangan dan menyebarkan identitas medis penderita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penderita mendapatkan akses pendidikan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ODHA berhak atas penghormatan martabat kemanusiaan, akses pengobatan ARV, dan lingkungan yang bebas stigma.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Senam Ritmik, Aktivitas Air, dan Pencegahan IMS/HIV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Koreografi Senam Ritmik Aerobik Beregu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langkah kaki (marching, v-step, grapevine) dengan ayunan lengan dinamis selaras ketukan lagu.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Mekanika Renang Gaya Dada dan Efisiensi Luncuran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koordinasi ritme gerak tarikan lengan, dorongan tungkai kaki, dan pernapasan kepala.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Prinsip Keselamatan Akuatik dan Pertolongan Korban Tenggelam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metode penyelamatan reach, throw, row, go dengan alat bantu pelampung atau galah.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Edukasi Pencegahan IMS, HIV/AIDS, dan Pergaulan Sehat Remaja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jalur transmisi virus, mitos penularan, pentingnya abstinensi, dan perlindungan kesehatan reproduksi.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Senam ritmik memadukan kelenturan, keluwesan, kontinuitas gerak, dan kepekaan musikalitas irama ketukan lagu. Merancang koreografi senam aerobik secara beregu menumbuhkan kreativitas gerak, kekompakan ritme, dan kebugaran kardiovaskular yang menyenangkan.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air (*akuatik*) nomor renang gaya dada (*breaststroke*) melatih koordinasi tarikan lengan berbentuk lingkaran (*pull*), tendangan tungkai kaki katak (*kick*), dan pengambilan napas saat kepala terangkat. Keterampilan pertolongan darurat di air (*water rescue*) tanpa kontak langsung membekali siswa dengan kesiapsiagaan tanggap darurat.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Pendidikan kesehatan reproduksi remaja memberikan pemahaman ilmiah mengenai bahaya Penyakit Menular Seksual (IMS) dan virus HIV/AIDS. Pemahaman rute penularan dan pencegahan mendorong perilaku hidup bersih serta menghapus stigma sosial terhadap ODHA.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Senam Ritmik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gerak berirama yang memadukan langkah kaki, ayunan lengan, kelenturan, dan keharmonisan ketukan musik.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Water Rescue (Penyelamatan Air)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pertolongan pertama pada korban tenggelam dengan mengutamakan keselamatan diri penolong melalui metode non-kontak fisik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HIV (Human Immunodeficiency Virus)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Virus yang menyerang dan melemahkan sistem kekebalan tubuh manusia dengan merusak sel darah putih (CD4).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AIDS (Acquired Immunodeficiency Syndrome)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Stadium akhir dari infeksi virus HIV di mana sistem pertahanan tubuh telah runtuh menghadapi infeksi oportunistik.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V-Step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Langkah dasar senam aerobik dengan membentuk pola huruf V (maju serong kanan-kiri lalu kembali ke posisi awal).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