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PENDIDIKAN JASMANI, OLAHRAGA, DAN KESEHATAN (PJOK) — FASE F (KELAS 11)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Menengah Atas (SMA) / Fase F (Kelas 11)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Pendidikan Jasmani, Olahraga, dan Kesehatan (PJOK)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16 JP (4 Pertemuan x 4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4: Bela Diri Pencak Silat dan Program Latihan Kebugaran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 (Genap)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Praktik Demonstrasi &amp; Pembelajaran Kooperatif (Sportivitas Tim)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Lapangan olahraga, bola, peralatan atletik/bela diri, stopwatch, peluit, matras,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menganalisis dan mempraktikkan variasi teknik serang bela dan jatuhan pencak silat.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merancang program latihan peningkatan kebugaran jasmani pribadi menggunakan prinsip FITT.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mempraktikkan latihan sirkuit kebugaran dan mengevaluasi status kebugaran fisiknya.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Teknik kuncian, tangkapan, jatuhan, dan pola langkah beladiri pencak silat, perancangan program latihan sirkuit kebugaran jasmani berbasis prinsip FITT, serta pengukuran indeks kebugaran.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Teknik Tangkapan, Bantingan, dan Jatuhan Pencak Silat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Menguasai antisipasi tendangan lurus dengan tangkapan rapat dan teknik sapuan rebah.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Kombinasi Jurus Tunggal dan Ganda Baku Pencak Silat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Mempraktikkan rangkaian jurus tangan kosong dan senjata dengan kemantapan gerak dan ekspresi rasa.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Prinsip FITT dalam Perancangan Program Latihan Fisik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Menghitung denyut nadi latihan (target heart rate) dan menyusun beban latihan proporsional.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7 – 8: Latihan Sirkuit Kebugaran (Circuit Training) dan Tes Fisik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Merancang 6-8 pos latihan fungsional dan mengukur tingkat kebugaran jasmani (TKJI).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Seorang remaja berusia 17 tahun ingin melatih kebugaran jantung pada intensitas sedang 70% dari Detak Jantung Maksimal (DJM = 220 - Usia). Target denyut nadinya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142 denyut per menit (bpm)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120 denyut per menit (bpm)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180 denyut per menit (bpm)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203 denyut per menit (bpm)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DJM = 220 - 17 = 203 bpm. Target 70% = 0.70 x 203 = 142.1 bpm (dibulatkan menjadi 142 bpm).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Teknik menjatuhkan lawan dalam pencak silat dengan cara merebahkan badan sembari menyapu kaki tumpu lawan menggunakan tungkai bawah disebut...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Sapuan rebah / Sabetan bawah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Pukulan bandul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Tangkisan atas ganda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Sikutan samping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Sapuan rebah adalah teknik jatuhan dengan meluncurkan tungkai bawah ke kaki lawan sembari merebahkan tubuh ke matras.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Unsur 'Time' dalam formula prinsip FITT berkaitan dengan...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Durasi atau lama waktu yang dihabiskan dalam satu sesi latihan olahraga (misal: 30-45 menit)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Berapa hari latihan dilakukan dalam satu minggu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Tingkat berat ringannya beban angkatan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Merek pakaian olahraga yang digunakan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Time merujuk pada alokasi durasi waktu pelaksanaan latihan fisik dalam satuan menit.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Susunan pos latihan sirkuit yang ideal untuk melatih kebugaran seluruh tubuh (*total body workout*) sebaiknya...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Menyelang-nyeling kelompok otot yang dilatih (misal: Pos 1 Otot Kaki, Pos 2 Otot Lengan/Dada, Pos 3 Otot Perut)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Melatih otot lengan secara terus-menerus di seluruh 8 pos tanpa jeda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Hanya berisi pos duduk istirahat sambil minum air manis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Hanya melatih kelenturan jari jemari tangan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Menyelang-nyeling fokus kelompok otot mencegah kelelahan otot lokal dan memaksimalkan efisiensi sirkulasi kardiovaskular.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Nilai etika luhur pesilat yang terkandung dalam sumpah pendekar pencak silat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Menggunakan ilmu beladiri semata-mata untuk membela kebenaran, menolong sesama, dan menjaga kehormatan tanpa kesombongan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Menantang setiap orang di tempat umum untuk menguji kehebatan jurus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Melakukan pemerasan terhadap pedagang pasar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Menyerang musuh yang sudah tidak berdaya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Falsafah silat berakar pada budi pekerti luhur ksatria: tangguh membela keadilan dan rendah hati (*tawadhu*).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Pendidikan Jasmani, Olahraga, dan Kesehatan (PJOK) • Bab 4: Bela Diri Pencak Silat dan Program Latihan Kebugaran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Teknik Tangkapan, Bantingan, dan Jatuhan Pencak Silat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Menguasai antisipasi tendangan lurus dengan tangkapan rapat dan teknik sapuan rebah.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Kombinasi Jurus Tunggal dan Ganda Baku Pencak Silat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Mempraktikkan rangkaian jurus tangan kosong dan senjata dengan kemantapan gerak dan ekspresi rasa.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Prinsip FITT dalam Perancangan Program Latihan Fisik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Menghitung denyut nadi latihan (target heart rate) dan menyusun beban latihan proporsional.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4: Latihan Sirkuit Kebugaran (Circuit Training) dan Tes Fisik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Merancang 6-8 pos latihan fungsional dan mengukur tingkat kebugaran jasmani (TKJI).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Pencak silat merupakan warisan budaya luhur bangsa yang mengintegrasikan aspek mental-spiritual, seni estetika, beladiri pertahanan, dan olahraga prestasi. Penguasaan pola langkah berpasangan, teknik tangkisan serang balas (*counter-attack*), tangkapan kaki, serta teknik jatuhan melatih ketenangan batin dan kelincahan refleks.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Kebugaran jasmani yang prima menopang produktivitas dan kualitas hidup sehat. Perancangan program kebugaran modern berpedoman pada prinsip FITT (*Frequency, Intensity, Time, Type*) yang mencakup komponen daya tahan kardiorespiratori, kekuatan otot (*strength*), daya tahan otot, kelenturan (*flexibility*), dan komposisi tubuh.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Penyusunan pos latihan sirkuit (*circuit training*) mandiri melatih tanggung jawab peserta didik untuk memelihara gaya hidup aktif berkelanjutan dan mencegah penyakit degeneratif sedini mungkin.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Prinsip FITT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Pedoman penyusunan program latihan kebugaran yang mencakup Frekuensi (berapa kali), Intensitas (beban), Time (durasi), dan Type (jenis latihan).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Circuit Training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Metode latihan kebugaran yang terdiri atas serangkaian stasiun/pos latihan berbeda yang dilakukan berurutan dengan waktu istirahat singkat.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Target Heart Rate (THR)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Zona denyut nadi target saat berolahraga (biasanya 60-85% dari Detak Jantung Maksimal = 220 - Usia) untuk meningkatkan kapasitas jantung.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Tangkapan dan Bantingan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Teknik beladiri silat menangkap anggota badan lawan yang menyerang untuk kemudian menjatuhkannya ke matras secara legal.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Daya Tahan Kardiorespiratori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Kemampuan sistem pernapasan dan sirkulasi darah menyuplai oksigen ke otot-otot yang bekerja selama aktivitas fisik lama.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Pendidikan Jasmani, Olahraga, dan Kesehatan (PJOK) Kelas 11 SMA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