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Keterampilan Atletik: Lari Jarak Menengah dan Lompat Jangkit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teknik gerak dan strategi pembagian tenaga dalam lari jarak menengah.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tahapan gerak lompat jangkit (awalan, hop, step, jump, dan mendarat) dengan teknik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daya juang, disiplin, dan kepatuhan pada peraturan keselamatan perlombaan atletik.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Teknik lari jarak menengah (800m dan 1500m), pengaturan pace dan efisiensi pernapasan, biomekanika lompat jangkit (fase awalan, hop, step, dan jump), serta keselamatan aktivitas atletik.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Teknik Lari Jarak Menengah (800m dan 1500m)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panjang langkah konstan, distribusi tenaga tiap lap, dan pernapasan ritmis.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Taktik Perlombaan Lari (Pacing dan Posisi Lintasan)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taktik memotong ke lintasan dalam (lintasan 1) dan timing sprint penentu di tikungan akhir.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Fase Gerak Lompat Jangkit (Hop, Step, dan Jump)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teknik tumpuan hop kaki dominan, transisi step melayang seimbang, dan pendaratan jump 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Pencegahan Cedera Otot dan Peraturan Resmi Atletik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pemanasan dinamis spesifik hamstring serta memahami batas garis tumpuan plastisin.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Start yang resmi digunakan dalam perlombaan lari jarak menengah (800 meter dan 1500 meter)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Start berdiri (Standing start)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Start jongkok pendek (Bunch start)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Start melayang (Flying start)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Start jongkok panjang (Long start)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Lari jarak menengah dan jarak jauh menggunakan start berdiri di belakang garis start melengkung.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rangkaian tumpuan kaki yang benar dalam melakukan lompat jangkit dengan kaki tolak kanan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Kanan (Hop) - Kanan (Step) - Kiri (Jump) - Mendarat dua kaki (Koreksi: Kanan - Kanan - Kiri - Mendarat)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Kanan (Hop) - Kiri (Step) - Kanan (Jump) - Mendarat satu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Kiri (Hop) - Kiri (Step) - Kiri (Jump) - Mendarat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Kanan (Hop) - Kiri (Step) - Kiri (Jump) - Mendarat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Aturan lompat jangkit: Kaki tolak Hop mendarat di kaki yang sama (Kanan), Step mendarat di kaki satunya (Kiri), lalu Jump menuju bak pasir.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Mengapa pelari jarak menengah tidak disarankan melakukan sprint sekuat tenaga sejak detik pertama garis start?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Dapat menyebabkan penumpukan asam laktat dini dan kelelahan otot parah sebelum mencapai lap 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Dilarang oleh peraturan resmi wasit atletik internasional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Dapat membuat sepatu lari terlepas di lintasan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Akan membuat catatan waktu otomatis didiskualifikasi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Pengeluaran energi maksimal di awal memicu asidosis asam laktat dini yang merusak kapasitas daya tahan di lap penentu.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Fungsi utama ayunan kedua tangan saat melakukan pendaratan lompat jangkit di bak pasir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Membantu membawa momentum berat badan condong ke depan agar tubuh tidak jatuh terjungkal ke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Melambai kepada dewan juri penilai perlombaan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Menahan agar pasir tidak masuk ke dalam 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tinggi lompatan saat tubuh sudah berada di pasir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Tangan diayunkan ke depan saat mendarat agar titik berat tubuh tidak jatuh ke belakang yang dapat memotong jarak ukur.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Garis tumpuan tolakan lompat jangkit dinyatakan sah apabila...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Ujung sepatu atlet tidak menyentuh atau melebihi batas papan plastisin tolakan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Atlet melompat 2 meter di belakang papan tumpuan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Atlet menyentuh tanah di luar lintasan awalan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atlet mendarat di luar bak pasir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Tolakan sah bila tidak meninggalkan bekas goresan pada lapisan plastisin/garis batas papan tolakan.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Keterampilan Atletik: Lari Jarak Menengah dan Lompat Jangkit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Teknik Lari Jarak Menengah (800m dan 1500m)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panjang langkah konstan, distribusi tenaga tiap lap, dan pernapasan ritmis.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Taktik Perlombaan Lari (Pacing dan Posisi Lintasan)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taktik memotong ke lintasan dalam (lintasan 1) dan timing sprint penentu di tikungan akhir.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Fase Gerak Lompat Jangkit (Hop, Step, dan Jump)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teknik tumpuan hop kaki dominan, transisi step melayang seimbang, dan pendaratan jump 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Pencegahan Cedera Otot dan Peraturan Resmi Atletik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pemanasan dinamis spesifik hamstring serta memahami batas garis tumpuan plastisin.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Cabang olahraga atletik merupakan induk dari seluruh cabang olahraga (*mother of sports*) yang melatih kapasitas aerobik, daya ledak anaerobik (*power*), kelenturan, dan efisiensi mekanika tubuh. Pada lari jarak menengah (800 meter dan 1500 meter), keberhasilan ditentukan oleh manajemen kecepatan (*pacing strategy*) dan ambang laktat.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Pelari jarak menengah menggunakan start berdiri (*standing start*), menjaga posisi badan rileks condong sedikit ke depan, ayunan lengan berirama konstan, dan teknik pernapasan kombinasi mulut-hidung. Taktik *kick sprint* di 200 meter terakhir kerap menentukan kemenangan.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Lompat jangkit (*triple jump*) menuntut koordinasi motorik tinggi melalui rangkaian tiga fase lompatan berkesinambungan: *Hop* (bertumpu dan mendarat dengan kaki yang sama), *Step* (melangkah dan mendarat dengan kaki lainnya), serta *Jump* (melompat dan mendarat dua kaki di bak pasir).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Lari Jarak Menengah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Nomor lari atletik lintasan dengan jarak tempuh antara 800 meter hingga 1500 meter yang memadukan kapasitas aerobik dan anaerobik.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Pacing (Pengaturan Laju)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atlet membagi distribusi energi dan kecepatan langkah secara konsisten sepanjang jarak perlombaan.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Hop (Fase Jingkat)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Lompatan pertama lompat jangkit di mana tolakan kaki dan pendaratan dilakukan menggunakan kaki tumpu yang 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Step (Fase Langkah)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Lompatan kedua lompat jangkit di mana pendaratan dilakukan menggunakan kaki yang berlawanan dari kaki tumpuan hop.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Jump (Fase Lompat)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Lompatan ketiga lompat jangkit di mana atlet melontarkan tubuh ke udara lalu mendarat dengan kedua kaki di bak pasir.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