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Keterampilan Gerak dan Taktik Permainan Bola Besar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dan menerapkan pola penyerangan dan pertahanan dalam permainan sepak bola.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efektivitas sistem penyerangan dan strategi bendungan dalam bola voli.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mengombinasikan taktik ofensif dan defensif dalam permainan bola basket dengan sportivitas tinggi.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Analisis pola penyerangan dan pertahanan sepak bola (formasi 4-3-3 dan 4-4-2), sistem penyerangan dan pertahanan bola voli (formasi 4-2 dan 5-1), serta taktik pick and roll dan zone defense dalam bola basket.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Pola Penyerangan dan Pertahanan Sepak Bola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skema serangan sayap, umpan terobosan, dan jebakan offside dalam formasi 4-3-3.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Sistem Penyerangan dan Pertahanan Bola Voli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formasi tosser ganda (4-2) dan tosser tunggal (5-1) serta cover smash lapangan belakang.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Taktik Penyerangan dan Pertahanan Bola Basket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gerak pick and roll, give and go, fastbreak kilat, dan pertahanan 2-3 zone defense.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Evaluasi dan Wasit Pertandingan Bola Besar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kepatuhan aturan fair play dan sinyal isyarat perwasitan pertandingan.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formasi sepak bola 4-3-3, keunggulan utama pola serangan yang dapat dimaksimalkan oleh tim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Eksploitasi lebar lapangan melalui tusukan dua pemain sayap (winger) yang cepat dan kreatif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Menumpuk sepuluh pemain di dalam kotak penalti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mengandalkan tendangan spekulatif kiper dari jarak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Menghilangkan posisi gelandang serang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Formasi 4-3-3 memberikan keleluasaan serangan sayap melalui winger dan overlapping bek sayap.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Sistem penyerangan bola voli yang menggunakan satu orang setter/tosser utama dan lima orang penyerang/spiker disebut sistem...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5 - 1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4 - 2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6 - 0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3 - 3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Sistem 5-1 menggunakan 1 setter pengatur bola utama di seluruh posisi rotasi lapangan.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Gerakan ofensif dalam bola basket di mana pemain penyerang tanpa bola berdiri diam menghalangi pergerakan pemain bertahan lawan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Screen / Pick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Rebound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Traveling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Backcourt violation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Screen atau pick adalah taktik membuka ruang bagi pembawa bola dengan memblokir penjagaan lawan secara legal.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Penerapan pertahanan daerah '2-3 Zone Defense' dalam bola basket sangat efektif digunakan untuk meredam...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Serangan lawan yang bertumpu pada penetrasi drive ke dalam paint area dan center berpostur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Tembakan 3 poin jarak sangat jauh secara terus-menerus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Lemparan ke dalam bebas tanpa penjagaan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Serangan balik satu lawan satu di area perimeter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Zona 2-3 menempatkan 3 pemain bertahan di bawah ring untuk melindungi area kunci dan membatasi penetrasi.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sportivitas yang harus ditunjukkan oleh kapten tim saat wasit mengambil keputusan yang merugikan timnya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Menanyakan keputusan wasit secara tenang dan santun mewakili tim tanpa memprovokasi keributan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Mengajak seluruh anggota tim mogok bermain keluar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tindakan kekerasan fisik terhadap wasit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Mengejek penonton di tribun lawan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Kapten bertindak sebagai jembatan komunikasi resmi yang wajib menjaga ketenangan dan menjunjung etika pertandingan.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Keterampilan Gerak dan Taktik Permainan Bola Besar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Pola Penyerangan dan Pertahanan Sepak Bola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skema serangan sayap, umpan terobosan, dan jebakan offside dalam formasi 4-3-3.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Sistem Penyerangan dan Pertahanan Bola Voli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formasi tosser ganda (4-2) dan tosser tunggal (5-1) serta cover smash lapangan belakang.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Taktik Penyerangan dan Pertahanan Bola Basket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gerak pick and roll, give and go, fastbreak kilat, dan pertahanan 2-3 zone defense.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Evaluasi dan Wasit Pertandingan Bola Besar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kepatuhan aturan fair play dan sinyal isyarat perwasitan pertandingan.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besar menuntut perpaduan antara kematangan keterampilan teknik individu dengan pemahaman taktik kelompok (*tactical awareness*). Pada jenjang SMA Fase F, fokus pembelajaran bergeser dari sekadar penguasaan teknik dasar menuju analisis strategi sistem permainan yang dinamis.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sepak bola, efektivitas transisi positif (menyerang) dan transisi negatif (bertahan) dievaluasi melalui formasi zonal marking maupun man-to-man marking. Pada bola voli, koordinasi pola penyerangan cepat (*quick spike*) dan sistem pertahanan bendungan ganda (*double block*) menjadi kunci perebutan poin.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Sementara pada bola basket, penguasaan taktik penyerangan *pick and roll*, pemotongan tanpa bola (*v-cut/backdoor*), dan penerapan pertahanan daerah (*zone defense 2-3*) mengasah kecerdasan spasial dan kerja sama tim secara solid.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Zonal Marking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pertahanan sepak bola di mana setiap pemain bertanggung jawab menjaga area zona tertentu daripada mengikuti pergerakan satu pemain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Pick and Roll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penyerangan bola basket di mana seorang pemain melakukan screen (penghalang) lalu memutar badannya menuju ring untuk menerima umpan.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Quick Attack (Quick Spike)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Variasi serangan smash cepat dalam bola voli di mana tosser mengumpan bola rendah tepat di atas net saat smasher sudah melompat.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Cover Defense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siaga pemain bola voli di belakang spiker untuk mengantisipasi pantulan bola yang diblokir oleh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Transisi Positif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fase permainan dari bertahan menjadi menyerang secara cepat sesaat setelah bola berhasil direbut dari lawan.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