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Senam Kebugaran dan Aktivitas Gerak Berirama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Senam Kebugaran dan Aktivitas Gerak Berirama dalam konteks operasional kejuruan secara komprehensif.</w:t>
      </w:r>
    </w:p>
    <w:p>
      <w:pPr>
        <w:pStyle w:val="ListNumber"/>
      </w:pPr>
      <w:r>
        <w:rPr>
          <w:rFonts w:ascii="Calibri" w:hAnsi="Calibri"/>
          <w:b w:val="0"/>
          <w:i w:val="0"/>
          <w:color w:val="000000"/>
          <w:sz w:val="19"/>
        </w:rPr>
        <w:t>Menerapkan prosedur kerja dan teknik pemecahan masalah terkait Senam Kebugaran dan Aktivitas Gerak Berirama secara mandiri dan presisi.</w:t>
      </w:r>
    </w:p>
    <w:p>
      <w:pPr>
        <w:pStyle w:val="ListNumber"/>
      </w:pPr>
      <w:r>
        <w:rPr>
          <w:rFonts w:ascii="Calibri" w:hAnsi="Calibri"/>
          <w:b w:val="0"/>
          <w:i w:val="0"/>
          <w:color w:val="000000"/>
          <w:sz w:val="19"/>
        </w:rPr>
        <w:t>Mengevaluasi hasil kerja, kepatuhan SOP, dan keselamatan kerja (K3) pada aktivitas pembelajaran Senam Kebugaran dan Aktivitas Gerak Berirama.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Rangkaian gerak senam irama, koordinasi motorik ritmis, peningkatan stamina tubuh, dan relaksasi ketegangan fisik harian.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Senam Kebugaran dan Aktivitas Gerak Berirama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Senam Kebugaran dan Aktivitas Gerak Berirama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Senam Kebugaran dan Aktivitas Gerak Berirama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Senam Kebugaran dan Aktivitas Gerak Berirama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Senam Kebugaran dan Aktivitas Gerak Berirama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Senam Kebugaran dan Aktivitas Gerak Berirama?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Senam Kebugaran dan Aktivitas Gerak Berirama.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Senam Kebugaran dan Aktivitas Gerak Berirama?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Senam Kebugaran dan Aktivitas Gerak Berirama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Jasmani, Olahraga, dan Kesehatan (PJOK) • Bab 3: Senam Kebugaran dan Aktivitas Gerak Berirama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Senam Kebugaran dan Aktivitas Gerak Berirama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Senam Kebugaran dan Aktivitas Gerak Berirama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Senam Kebugaran dan Aktivitas Gerak Berirama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Senam Kebugaran dan Aktivitas Gerak Berirama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Senam Kebugaran dan Aktivitas Gerak Berirama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Kebugaran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Aktivitas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