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Kebugaran Jasmani dan Ergonomi Postur Kerja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Kebugaran Jasmani dan Ergonomi Postur Kerja Industri dalam konteks operasional kejuruan secara komprehensif.</w:t>
      </w:r>
    </w:p>
    <w:p>
      <w:pPr>
        <w:pStyle w:val="ListNumber"/>
      </w:pPr>
      <w:r>
        <w:rPr>
          <w:rFonts w:ascii="Calibri" w:hAnsi="Calibri"/>
          <w:b w:val="0"/>
          <w:i w:val="0"/>
          <w:color w:val="000000"/>
          <w:sz w:val="19"/>
        </w:rPr>
        <w:t>Menerapkan prosedur kerja dan teknik pemecahan masalah terkait Kebugaran Jasmani dan Ergonomi Postur Kerja Industri secara mandiri dan presisi.</w:t>
      </w:r>
    </w:p>
    <w:p>
      <w:pPr>
        <w:pStyle w:val="ListNumber"/>
      </w:pPr>
      <w:r>
        <w:rPr>
          <w:rFonts w:ascii="Calibri" w:hAnsi="Calibri"/>
          <w:b w:val="0"/>
          <w:i w:val="0"/>
          <w:color w:val="000000"/>
          <w:sz w:val="19"/>
        </w:rPr>
        <w:t>Mengevaluasi hasil kerja, kepatuhan SOP, dan keselamatan kerja (K3) pada aktivitas pembelajaran Kebugaran Jasmani dan Ergonomi Postur Kerja Industri.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Latihan daya tahan jantung-paru, kekuatan otot inti, kelenturan sendi, dan pencegahan cedera postur kerja repetitif bengkel.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Kebugaran Jasmani dan Ergonomi Postur Kerja Industri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Kebugaran Jasmani dan Ergonomi Postur Kerja Industri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Kebugaran Jasmani dan Ergonomi Postur Kerja Industri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Kebugaran Jasmani dan Ergonomi Postur Kerja Industri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Kebugaran Jasmani dan Ergonomi Postur Kerja Industri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Kebugaran Jasmani dan Ergonomi Postur Kerja Industri?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Kebugaran Jasmani dan Ergonomi Postur Kerja Industri.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Kebugaran Jasmani dan Ergonomi Postur Kerja Industri?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Kebugaran Jasmani dan Ergonomi Postur Kerja Industri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Jasmani, Olahraga, dan Kesehatan (PJOK) • Bab 2: Kebugaran Jasmani dan Ergonomi Postur Kerja Industri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Kebugaran Jasmani dan Ergonomi Postur Kerja Industri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Kebugaran Jasmani dan Ergonomi Postur Kerja Industri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Kebugaran Jasmani dan Ergonomi Postur Kerja Industri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Kebugaran Jasmani dan Ergonomi Postur Kerja Industri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Kebugaran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Kebugaran Jasmani dan Ergonomi Postur Kerja Industri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Jasmani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Ergonomi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