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Keterampilan Gerak Permainan Bola Besar dan Bola Kecil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Keterampilan Gerak Permainan Bola Besar dan Bola Kecil dalam konteks operasional kejuruan secara komprehensif.</w:t>
      </w:r>
    </w:p>
    <w:p>
      <w:pPr>
        <w:pStyle w:val="ListNumber"/>
      </w:pPr>
      <w:r>
        <w:rPr>
          <w:rFonts w:ascii="Calibri" w:hAnsi="Calibri"/>
          <w:b w:val="0"/>
          <w:i w:val="0"/>
          <w:color w:val="000000"/>
          <w:sz w:val="19"/>
        </w:rPr>
        <w:t>Menerapkan prosedur kerja dan teknik pemecahan masalah terkait Keterampilan Gerak Permainan Bola Besar dan Bola Kecil secara mandiri dan presisi.</w:t>
      </w:r>
    </w:p>
    <w:p>
      <w:pPr>
        <w:pStyle w:val="ListNumber"/>
      </w:pPr>
      <w:r>
        <w:rPr>
          <w:rFonts w:ascii="Calibri" w:hAnsi="Calibri"/>
          <w:b w:val="0"/>
          <w:i w:val="0"/>
          <w:color w:val="000000"/>
          <w:sz w:val="19"/>
        </w:rPr>
        <w:t>Mengevaluasi hasil kerja, kepatuhan SOP, dan keselamatan kerja (K3) pada aktivitas pembelajaran Keterampilan Gerak Permainan Bola Besar dan Bola Kecil.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teknik gerak dasar sepak bola, bola voli, bola basket, serta taktik kerja sama tim dan sportivitas olahraga.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Keterampilan Gerak Permainan Bola Besar dan Bola Kecil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Keterampilan Gerak Permainan Bola Besar dan Bola Kecil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Keterampilan Gerak Permainan Bola Besar dan Bola Kecil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Keterampilan Gerak Permainan Bola Besar dan Bola Kecil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Keterampilan Gerak Permainan Bola Besar dan Bola Kecil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Keterampilan Gerak Permainan Bola Besar dan Bola Kecil?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Keterampilan Gerak Permainan Bola Besar dan Bola Kecil.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Keterampilan Gerak Permainan Bola Besar dan Bola Kecil?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Keterampilan Gerak Permainan Bola Besar dan Bola Kecil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Jasmani, Olahraga, dan Kesehatan (PJOK) • Bab 1: Keterampilan Gerak Permainan Bola Besar dan Bola Kecil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Keterampilan Gerak Permainan Bola Besar dan Bola Kecil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Keterampilan Gerak Permainan Bola Besar dan Bola Kecil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Keterampilan Gerak Permainan Bola Besar dan Bola Kecil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Keterampilan Gerak Permainan Bola Besar dan Bola Kecil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Keterampilan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Keterampilan Gerak Permainan Bola Besar dan Bola Kecil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Permainan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