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Keterampilan Gerak Permainan Bola Besar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dan mempraktikkan variasi keterampilan gerak spesifik permainan bola besar.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pola penyerangan dan pertahanan sederhana dalam simulasi pertandingan beregu.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perilaku sportivitas, gotong royong, dan kepatuhan aturan dalam bertanding.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analisis keterampilan gerak spesifik, pola penyerangan (*attacking*), dan pola pertahanan (*defending*) dalam permainan sepak bola, bola voli, dan bola basket dengan menerapkan nilai sportivitas, kerja sama tim, dan kepemimpinan.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Keterampilan dan Taktik Permainan Sepak Bola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variasi mengumpan, mengontrol bola, menembak ke gawang, serta pola pertahanan zona (zonal marking).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Keterampilan dan Taktik Permainan Bola Voli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variasi servis, passing bawah, setting umpan, smash loncat, dan pertahanan bendungan (block).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Keterampilan dan Taktik Permainan Bola Basket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teknik footwork, pivot, jump shoot, lay-up, rebound, dan pola pertahanan man-to-man defense.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Sportivitas dan Manajemen Permainan Beregu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kepemimpinan kapten tim, respek terhadap wasit, dan evaluasi performa bertanding secara objektif.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Pola pertahanan dalam sepak bola di mana setiap pemain bertahan mengawasi dan menjaga ruang atau zona tertentu di lapangan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Man to man marking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Zonal marking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Total football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Catenaccio murni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*Zonal marking* adalah sistem pertahanan berbasis penjagaan area ruang gerak strategis di lini pertahanan.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Tujuan utama gerakan *pivot* dalam permainan bola basket setelah seorang pemain menerima bola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Mencetak poin langsung dari jarak jauh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Melindungi bola dari sergapan lawan sembari mencari peluang mengoper atau menembak tanpa melakukan pelanggaran langkah (traveling)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Melakukan pelanggaran teknis secara sengaja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Menghentikan waktu pertandingan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*Pivot* dilakukan dengan bertumpu pada satu kaki poros untuk melindungi bola dan mencari celah passing atau shooting.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Pada permainan bola voli, pemain bertahan yang bertugas khusus menerima servis dan bola serangan lawan dengan seragam berbeda serta tidak diperbolehkan melakukan servis atau smes di depan garis serang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Tosser / Setter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Spiker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Libero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Universal player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Libero adalah pemain spesialis bertahan di barisan belakang dengan seragam kontras yang lincah mengamankan bola passing.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Gerakan tembakan melayang di dekat ring basket yang didahului dengan gerakan melangkah dua langkah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Jump shot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Lay-up shoot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Free throw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Hook shot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*Lay-up shoot* merupakan teknik memasukkan bola ke ring dengan melompat setelah melakukan lari dua langkah berirama.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terpuji yang mencerminkan nilai integritas seorang atlet sepak bola saat bertanding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Berpura-pura cedera (*diving*) di kotak penalti untuk mendapatkan tendangan penalti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Mengakui bola mengenai tangannya (*handball*) secara jujur dan menghormati keputusan wasit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Memprovokasi suporter tim lawan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Mencederai pemain bintang lawan secara sengaja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Kejujuran mengakui sentuhan bola dan respek terhadap perangkat pertandingan merupakan perwujudan sejati sportivitas (*fair play*).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1: Keterampilan Gerak Permainan Bola Besar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Keterampilan dan Taktik Permainan Sepak Bola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variasi mengumpan, mengontrol bola, menembak ke gawang, serta pola pertahanan zona (zonal marking).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Keterampilan dan Taktik Permainan Bola Voli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variasi servis, passing bawah, setting umpan, smash loncat, dan pertahanan bendungan (block).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Keterampilan dan Taktik Permainan Bola Basket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teknik footwork, pivot, jump shoot, lay-up, rebound, dan pola pertahanan man-to-man defense.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Sportivitas dan Manajemen Permainan Beregu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kepemimpinan kapten tim, respek terhadap wasit, dan evaluasi performa bertanding secara objektif.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Permainan bola besar beregu menuntut penguasaan keterampilan teknik dasar yang terkoordinasi dengan baik serta pemahaman taktik permainan kolektif. Dalam sepak bola, kombinasi *passing-dribbling-shooting* dan taktik formasi ruang gerak menentukan keberhasilan membongkar pertahanan lawan.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Pada bola voli, variasi servis atas presisi, *passing* bawah-atas akurat, *smash* tajam, dan *blocking* efektif melatih kecepatan reaksi dan komunikasi tanpa kata antarpemain di dalam lapangan.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Permainan bola basket mengintegrasikan kelincahan dribel (*crossover*), operan cepat (*chest pass, bounce pass, overhead pass*), *lay-up shoot*, dan transisi cepat dari *defense* ke *offense* (fast break). Peserta didik dilatih menjunjung tinggi disiplin dan etika fair play.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Zonal Marking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pertahanan dalam sepak bola di mana setiap pemain bertanggung jawab menjaga area tertentu di lapangan, bukan orang per orang.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Blocking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membendung serangan smes lawan di dekat net dengan melompat dan menjulurkan kedua tangan di atas bibir net voli.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Pivot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memutar badan dengan salah satu kaki bertindak sebagai poros tanpa menggesernya dalam permainan bola basket.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Fast Break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Serangan kilat yang dilancarkan secara cepat sebelum regu lawan sempat menyusun barisan pertahanan.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Fair Play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jujur, sportif, menghormati lawan bertanding, dan mematuhi keputusan wasit tanpa protes berlebihan.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