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Makanan Bergizi dan Istirahat Cukup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Mengelompokkan jenis makanan sehat bergizi seimbang berdasarkan komponen Isi Piringku.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Memilih makanan dan minuman jajanan yang bersih dan aman bagi kesehatan tubuh.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pentingnya istirahat dan tidur malam teratur bagi kebugaran jasmani.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kebiasaan minum air putih setelah melakukan aktivitas fisik intensif.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PJOK Kelas 1 SD Bab 8 mengenai pola makan bergizi seimbang (Isi Piringku), minum air putih cukup, dan pentingnya tidur teratur bagi pertumbuhan anak.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Makanan Sehat dan Bergizi Seimbang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ragam makanan pokok, lauk, sayur, dan buah dalam menu harian Isi Piringku.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Memilih Jajanan Bersih dan Minum Air Cukup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Memilih makanan kantin yang tertutup bersih dan membiasakan membawa botol air minum sendiri.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Pola Istirahat dan Tidur Teratur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manfaat tidur cukup di malam hari untuk pertumbuhan tulang dan konsentrasi.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Contoh makanan yang menjadi sumber tenaga utama (karbohidrat) bagi tubuh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Nasi, roti, dan jagung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Garam dapur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Minuman bersoda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Permen manis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Nasi, roti, kentang, dan jagung kaya akan karbohidrat sebagai penghasil energi utama tubuh.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Sayur-sayuran dan buah-buahan segar sangat bermanfaat bagi tubuh karena kaya 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Vitamin, mineral, dan serat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Pewarna buatan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Pengawet kimia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Lemak jenuh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Sayur dan buah mengandung aneka vitamin dan serat untuk menjaga daya tahan tubuh dan melancarkan pencernaan.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Berapa lama waktu tidur malam yang ideal bagi anak usia sekolah dasar agar tubuh tumbuh sehat?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9 sampai 10 jam setiap malam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 jam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20 jam sehari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perlu tidur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Anak usia 6-7 tahun memerlukan tidur malam 9-10 jam untuk memproduksi hormon pertumbuhan dan memulihkan energi.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Kebiasaan minum air putih yang cukup (sekitar 6–8 gelas per hari) bermanfaat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Mencegah dehidrasi dan menjaga kesegaran tubuh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Membuat perut kembung sakit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Mengganti semua jenis makanan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kita cepat mengantuk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Air putih membantu fungsi organ tubuh, melancarkan metabolisme, dan mencegah kekurangan cairan tubuh.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Akibat buruk jika sering tidur terlalu larut malam (begadang)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Tubuh menjadi lemas, lesu, dan mengantuk saat belajar di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Badan bertambah kuat dan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Nilai sekolah langsung meningkat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Semangat belajar bertambah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Kurang tidur membuat tubuh kurang istirahat sehingga konsentrasi belajar di kelas menurun drastis.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8: Makanan Bergizi dan Istirahat Cukup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Makanan Sehat dan Bergizi Seimbang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ragam makanan pokok, lauk, sayur, dan buah dalam menu harian Isi Piringku.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Memilih Jajanan Bersih dan Minum Air Cukup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Memilih makanan kantin yang tertutup bersih dan membiasakan membawa botol air minum sendiri.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Pola Istirahat dan Tidur Teratur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manfaat tidur cukup di malam hari untuk pertumbuhan tulang dan konsentrasi.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PJOK memberikan pemahaman fundamental mengenai gaya hidup sehat aktif. Peserta didik dikenalkan pada pedoman gizi seimbang 'Isi Piringku' yang terdiri atas makanan pokok, lauk-pauk sumber protein, sayuran, dan buah-buahan segar.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belajar membedakan jajanan sehat dan bersih dari makanan kemasan yang mengandung pemanis buatan berlebih, serta memahami pentingnya minum air putih minimal 6-8 gelas per hari.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menanamkan kebiasaan tidur malam tepat waktu (minimal 9-10 jam untuk anak usia 6-7 tahun) agar tubuh memiliki energi yang optimal untuk belajar dan berolahraga di sekolah.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Makanan Bergizi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Makanan yang mengandung zat-zat gizi lengkap yang diperlukan tubuh untuk tumbuh dan berkembang.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Isi Piringku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Pedoman porsi makan gizi seimbang resmi Indonesia yang membagi piring menjadi makanan pokok, sayur, lauk, dan buah.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Jajanan Sehat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Makanan ringan yang diolah secara bersih, bergizi, serta bebas dari zat pewarna dan pengawet berbahaya.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Dehidrasi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kekurangan cairan tubuh akibat kurang minum saat beraktivitas fisik.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Pertumbuhan Fisik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Peningkatan ukuran dan tinggi badan anak yang didukung oleh asupan gizi dan tidur cukup.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