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JASMANI, OLAHRAGA, DAN KESEHATAN (PJOK) — FASE A (KELAS 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A (Kelas 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Jasmani, Olahraga, dan Kesehatan (PJOK)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7: Mengenal Bagian Tubuh dan Kebersihan Diri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Praktik Demonstrasi &amp; Pembelajaran Kooperatif (Sportivitas Tim)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Lapangan olahraga, bola, peralatan atletik/bela diri, stopwatch, peluit, matras,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Menyebutkan nama-nama anggota tubuh dan fungsinya dalam kehidupan sehari-hari.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Menjelaskan bagian tubuh pribadi yang tidak boleh dilihat atau disentuh oleh orang lain.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Menunjukkan sikap berani melapor jika ada sentuhan yang membuat tidak nyaman.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Menerapkan kebiasaan menjaga kebersihan pakaian dan tubuh secara mandiri.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Perangkat ajar PJOK Kelas 1 SD Bab 7 mengenai pengenalan anatomi bagian tubuh, bagian tubuh pribadi yang tidak boleh disentuh orang lain, dan kebiasaan merawat kebersihan pakaian.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Mengenal Bagian-Bagian Tubuh dan Fungsinya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Menunjukkan letak anggota tubuh dan menyebutkan kegunaannya saat beraktivitas.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Menjaga Bagian Tubuh Pribadi (Body Safety)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Mengenali area tubuh pribadi dan memahami tindakan perlindungan diri dari orang asing.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Merawat Kebersihan Pakaian dan Perlengkapan Diri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Membiasakan memakai seragam bersih dan mencuci tangan-kaki setelah bermain di luar.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Berapa kali sebaiknya kita mandi menggunakan sabun dalam sehari?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Minimal 2 kali sehari (pagi dan sore)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1 kali dalam seminggu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1 kali dalam sebulan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Tidak perlu mandi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Mandi dua kali sehari membersihkan keringat, debu, dan kuman yang menempel di kulit setelah beraktivitas.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Alat yang digunakan untuk membersihkan dan menggosok gigi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Sikat gigi dan pasta gigi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Sabun batangan dan spons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Sisir rambut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Handuk basah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Sikat gigi dengan bulu halus dan pasta gigi berfluoride membersihkan sisa makanan pada gigi.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Kuku tangan yang panjang dan kotor harus segera dipotong karena...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Dapat menjadi sarang kuman dan bibit penyakit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Membuat kuku menjadi berkilau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Membantu kita mencakar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Disukai oleh guru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Kuman penyakit mudah bersarang di bawah kuku kotor dan ikut tertelan saat kita makan dengan tangan.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Pakaian yang sudah basah oleh keringat setelah berolahraga harus...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Diganti dengan pakaian bersih dan dicuci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Dipakai kembali untuk tidur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Disimpan di dalam lemari baju bersih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Dipinjamkan ke teman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Baju berkeringat mengandung bakteri dan jamur yang dapat menyebabkan gatal-gatal pada kulit jika tidak segera dicuci.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Waktu yang tepat untuk menggosok gigi agar gigi tidak berlubang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Setelah makan dan sebelum tidur malam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Saat sedang makan siang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Hanya saat hari Minggu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Sebelum sarapan saja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Menggosok gigi setelah makan dan sebelum tidur mencegah kuman asam merusak email gigi semalaman.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Jasmani, Olahraga, dan Kesehatan (PJOK) • Bab 7: Mengenal Bagian Tubuh dan Kebersihan Diri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Mengenal Bagian-Bagian Tubuh dan Fungsinya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Menunjukkan letak anggota tubuh dan menyebutkan kegunaannya saat beraktivitas.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Menjaga Bagian Tubuh Pribadi (Body Safety)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Mengenali area tubuh pribadi dan memahami tindakan perlindungan diri dari orang asing.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Merawat Kebersihan Pakaian dan Perlengkapan Diri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Membiasakan memakai seragam bersih dan mencuci tangan-kaki setelah bermain di luar.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Pendidikan kesehatan pada jenjang awal mengenalkan nama-nama bagian tubuh luar (kepala, mata, telinga, hidung, mulut, tangan, kaki) beserta fungsinya dalam aktivitas jasmani sehari-hari.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memberikan pemahaman perlindungan diri (body safety): membedakan sentuhan boleh dan sentuhan tidak boleh pada area pribadi yang tertutup pakaian dalam, serta berani berkata 'TIDAK' dan melapor kepada guru/orang tua jika merasa tidak nyaman.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Siswa juga diajak mempraktikkan kebiasaan mengganti pakaian bersih setelah berolahraga, mencuci kaki sebelum tidur, serta memotong kuku secara teratur.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Anggota Tubuh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Bagian-bagian fisik yang menyusun tubuh manusia (seperti kepala, badan, tangan, dan kaki).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Bagian Tubuh Pribadi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Area tubuh tertentu yang tertutup pakaian dalam dan tidak boleh dilihat atau disentuh sembarangan oleh orang lain.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Sentuhan Aman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Sentuhan yang bertujuan memberikan kasih sayang atau pertolongan dan membuat anak merasa nyaman.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Sentuhan Tidak Aman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Sentuhan yang membuat anak merasa takut, risih, atau tidak nyaman dan harus segera dilaporkan.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Higienitas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Kondisi kebersihan diri yang terjaga untuk memelihara kesehatan tubuh.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Jasmani, Olahraga, dan Kesehatan (PJOK) Kelas 1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