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Aktivitas Gerak Berirama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Menyelaraskan langkah kaki dan ayunan lengan dengan irama ketukan atau musik pengiring.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variasi langkah dasar (single step dan double step) secara kompak.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Mengekspresikan gerakan senam irama dengan mimik wajah gembira dan percaya 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Bekerja sama dalam barisan kelompok untuk menjaga keselarasan gerak bersama.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5 untuk mengekspresikan langkah kaki dan ayunan lengan yang diselaraskan dengan ketukan irama atau musik riang.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Langkah Kaki Mengikuti Ketukan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Berjalan dan melangkah maju-mundur mengikuti tempo ketukan tongkat atau tepuk tangan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Ayunan Lengan Berirama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Mengombinasikan gerakan ayunan tangan ke atas dan samping selaras dengan ketukan musik.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Senam Irama Ceria Bersama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Menampilkan rangkaian gerakan senam anak ceria dalam formasi barisan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Aktivitas gerak berirama adalah gerakan tubuh yang dilakukan mengikuti...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Ketukan musik, lagu, atau hitungan irama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Tiupan angin kencang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Suara klakson kendaraan di jalan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Keheningan malam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Senam irama/gerak berirama memadukan keselarasan gerak langkah kaki dan ayunan tangan dengan iringan musik/ketukan.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Gerakan dasar langkah kaki dalam gerak berirama yang paling sederhana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Melangkah ke depan dan ke belakang secara teratur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Berlari kencang tanpa henti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Melompat salto di udara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Merangkak di lantai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Langkah tunggal (single step) maju-mundur atau samping adalah gerak dasar kaki pada senam irama pemula.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Saat melakukan senam irama bersama teman sekelas, perasaan yang ditumbuhkan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Gembira dan bersemangat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Sedih dan tertekan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Marah dan jengkel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Takut dan cemas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Gerak berirama dengan musik ceria menciptakan kegembiraan, kebugaran jasmani, dan kekompakan bersama.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Ayunan lengan dalam senam irama harus disesuaikan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Irama ketukan hitungan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Arah angin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Warna seragam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Ukuran sepatu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Gerakan ayunan lengan harus serasi dan serempak dengan tempo musik atau hitungan irama.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Hitungan yang biasa digunakan dalam senam irama sederhana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sampai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10 sampai 100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50 sampai 60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Huruf abjad A sampai Z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Hitungan standar 1 x 8 atau 2 x 8 ketukan digunakan untuk mengontrol tempo dan repetisi gerakan senam.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Aktivitas Gerak Berirama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Langkah Kaki Mengikuti Ketukan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Berjalan dan melangkah maju-mundur mengikuti tempo ketukan tongkat atau tepuk tangan guru.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Ayunan Lengan Berirama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Mengombinasikan gerakan ayunan tangan ke atas dan samping selaras dengan ketukan musik.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Senam Irama Ceria Bersama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Menampilkan rangkaian gerakan senam anak ceria dalam formasi barisan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gerak berirama (senam ritmik) memadukan unsur olahraga fisik dengan kepekaan musikalitas peserta didik. Siswa belajar menyesuaikan tempo langkah kaki dan ayunan tangan dengan ketukan hitungan atau musik pengiring.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mencakup langkah tunggal (single step), langkah ganda (double step), tepukan tangan berirama, serta gerakan meniru irama binatang yang energik dan ceria.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menumbuhkan rasa percaya diri berekspresi, melatih kekompakan kelompok saat bergerak serentak, serta memberikan kegembiraan berolahraga secara inklusif.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Berirama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gerakan tubuh yang dilakukan dengan mengikuti ketukan irama atau musik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Tempo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Kecepatan ketukan atau ritme lagu yang menentukan cepat lambatnya gerakan olahraga.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Langkah Tunggal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melangkahkan satu kaki ke samping lalu merapatkan kaki lainnya.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Kekompakan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Keterpaduan dan keserasian gerak antaranggota kelompok saat beraktivitas bersama.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Ritme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Pengulangan pola ketukan secara teratur dalam musik pengiring senam.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