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Aktivitas Senam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sikap bertumpu dengan tangan dan kaki di atas matras secara stabil.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Mempertahankan sikap keseimbangan satu kaki selama minimal 5-10 detik.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gerakan berguling ke samping dengan posisi kepala dan leher terlindungi.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Mematuhi protokol keselamatan senam lantai untuk mencegah cedera fisik.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4 untuk melatih keseimbangan tubuh, sikap bertumpu, dan gerakan berguling aman di atas matras senam.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Gerak Bertumpu dan Sikap Lilin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tumpuan tangan dan kaki di atas matras untuk menopang berat badan sendiri.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Sikap Keseimbangan Kapal Terbang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Berdiri dengan satu kaki sambil merentangkan kedua tangan dan mencondongkan badan ke depan.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Berguling Aman ke Samping (Log Roll)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gulingan badan memanjang di atas matras dengan posisi tubuh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Alas empuk yang wajib digunakan saat melakukan aktivitas senam lantai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Tikar plastik tipis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Lantai semen kasar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Meja kayu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Matras senam berfungsi sebagai peredam benturan untuk keselamatan dan kenyamanan siswa saat senam lantai.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berdiri menirukan bentuk burung bangau atau pesawat terbang bertujuan untuk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Keseimbangan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Kecepatan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Kekuatan gigitan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Kelenturan jari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Berdiri dengan satu kaki sambil merentangkan tangan melatih daya tahan keseimbangan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melakukan gerakan berguling ke samping di atas matras, posisi tubuh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Memanjang lurus dan rileks di atas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Kaku dan menahan nafas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Melompat dari tempat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Mendorong teman di sebelahnya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Guling samping dilakukan dengan posisi badan lurus terlentang di atas matras lalu berguling teratur.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lilin sederhana diawali dengan posisi tubuh...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Tidur telentang di atas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Berdiri tegak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Berlari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Duduk bersila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Sikap lilin diawali dengan tidur telentang lalu mengangkat kedua kaki lurus ke atas ditopang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Agar terhindar dari bahaya benturan saat berolahraga senam, aturan yang harus dipatuhi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Mengikuti instruksi guru dan menunggu giliran dengan tertib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Bercanda dan mendorong teman di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Melakukan gerakan berbahaya tanpa pengawasan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Melempar matras ke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Tertib menunggu giliran dan menaati arahan guru adalah prosedur keselamatan utama senam lantai.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Aktivitas Senam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Gerak Bertumpu dan Sikap Lilin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tumpuan tangan dan kaki di atas matras untuk menopang berat badan sendiri.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Sikap Keseimbangan Kapal Terbang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Berdiri dengan satu kaki sambil merentangkan kedua tangan dan mencondongkan badan ke depan.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Berguling Aman ke Samping (Log Roll)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gulingan badan memanjang di atas matras dengan posisi tubuh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Senam lantai sederhana pada Fase A melatih kekuatan otot inti, keberanian, dan kesadaran posisi tubuh di ruang datar. Seluruh aktivitas dilakukan di atas matras senam dengan pengawasan ketat guru.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posisi bertumpu menggunakan telapak tangan dan kaki (posisi merangkak dan jembatan), sikap kapal terbang untuk melatih keseimbangan satu kaki, serta gerakan berguling ke samping (log roll).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menanamkan protokol keamanan matras, pentingnya menjaga kebersihan peralatan senam, serta melatih kedisiplinan mengantre giliran mencoba.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Senam Lantai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senam yang gerakannya dilakukan di atas permukaan matras tanpa menggunakan alat gantung.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Bertumpu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menopang sebagian atau seluruh berat badan pada anggota tubuh tertentu (seperti tangan atau kaki).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Matras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Alas busa tebal yang empuk dan digunakan untuk meredam benturan saat berlatih senam.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Sikap Kapal Terbang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keseimbangan statis dengan berdiri satu kaki menyerupai sayap pesawat terbang.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Guling Samping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memutar badan ke arah samping dengan tubuh lurus di atas permukaan matras.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