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Pola Gerak Dasar Manipulatif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gerak dasar melempar dan menangkap bola dengan timing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Mengarahkan tendangan bola sederhana menuju target sasaran yang ditentukan.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Mengembangkan koordinasi gerak visual antara pandangan mata dengan gerakan tangan/kaki.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sikap hati-hati agar lemparan tidak mencelakai teman sekelas.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PJOK Kelas 1 SD Bab 3 mengenai keterampilan koordinasi mata, tangan, dan kaki melalui aktivitas melempar, menangkap, menendang, dan menggiring bola.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Melempar dan Menangkap 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lemparan lambung dan datar serta menangkap bola berukuran sedang dengan kedua tangan.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Menendang dan Menahan 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tendangan kaki bagian dalam menuju sasaran gawang mini dan menghentikan bola.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Permainan Target dan Estafet 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koordinasi lempar-tangkap dalam permainan lempar sasaran kaleng susun.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Gerak manipulatif adalah gerakan yang dilakukan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Menggunakan benda atau alat tertentu (misalnya bola)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Menutup mata rapat-rapat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Berdiam diri tanpa 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Bernyanyi keras-keras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Gerak manipulatif adalah keterampilan gerak yang melibatkan penguasaan objek atau alat seperti bola, raket, atau tongkat.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gerak dasar manipulatif menggunakan bola kasti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Melempar dan menangkap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Duduk bersila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Tidur telentang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Berjalan mundur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Melempar dan menangkap bola melibatkan interaksi langsung tangan dengan objek bola.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Saat hendak menangkap bola lambung dari teman, posisi kedua telapak tangan sebaiknya...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Terbuka membentuk mangkuk menghadap arah datangnya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Mengepal keras di samping badan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Dimasukkan ke dalam saku celana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Membelakangi arah bola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Membuka telapak tangan seperti corong/mangkuk memudahkan penangkapan bola secara aman dan akurat.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Gerakan menendang bola ke arah gawang dalam permainan sepak bola dilakukan menggunakan...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Kaki bagian dalam atau punggung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Siku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Telapak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Kepala bagian belakang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Menendang bola dilakukan dengan kaki (bagian dalam, luar, atau kura-kura kaki).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Memantul-mantulkan bola basket ke lantai menggunakan satu telapak tangan disebut teknik...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Menggiring bola (dribbling)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Memukul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Menyundul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Menangkap bola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Dribbling adalah gerakan memantulkan bola ke lantai secara berulang menggunakan kontrol jari-jari tangan.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3: Pola Gerak Dasar Manipulatif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Melempar dan Menangkap 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lemparan lambung dan datar serta menangkap bola berukuran sedang dengan kedua tangan.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Menendang dan Menahan 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tendangan kaki bagian dalam menuju sasaran gawang mini dan menghentikan bola.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Permainan Target dan Estafet 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koordinasi lempar-tangkap dalam permainan lempar sasaran kaleng susun.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Gerak manipulatif melibatkan penguasaan objek atau benda bergerak, seperti bola plastik, bola kasti, atau kantong biji. Siswa melatih koordinasi mata-tangan dan mata-kaki untuk mengontrol arah dan tenaga lemparan.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diawali dengan menangkap bola menggunakan dua tangan dari jarak dekat, melempar bola ke dalam keranjang sasaran, serta menendang dan menghentikan laju bola kecil di tanah.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membangun rasa percaya diri siswa saat berinteraksi dengan alat olahraga, melatih fokus konsentrasi, serta menanamkan sikap berbagi peralatan olahraga secara tertib.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Manipulatif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Keterampilan gerak yang melibatkan penggunaan dan pengendalian suatu objek atau alat bantu.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Koordinasi Mata-Tangan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mengintegrasikan informasi visual dengan gerakan tangan secara serasi dan tepat sasaran.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Melempar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mengayunkan tangan untuk melontarkan suatu objek ke udara menuju sasaran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Menangkap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menyambut dan menghentikan gerak benda yang melayang dengan tangan.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Menendang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mengayunkan tungkai kaki untuk memukul bola agar meluncur ke depan.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