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Pola Gerak Dasar Lokomotor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variasi pola gerak dasar lokomotor (jalan, lari, lompat) dengan koordinasi tubuh yang baik.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perbedaan mendasar antara berjalan, berlari, dan melompat secara lisan.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Menaati instruksi keselamatan dan aturan permainan beregu di lapangan terbuka.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saling menghargai dan disiplin selama mengikuti aktivitas jasmani.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PJOK Kelas 1 SD Bab 1 untuk melatih kemampuan berpindah tempat melalui variasi gerakan berjalan, berlari, melompat, dan meloncat secara terkoordinasi.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Variasi Gerak Berjalan dan Berlari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langkah jalan lurus, zig-zag, dan lari santai mengelilingi lintasan lapangan.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Gerak Melompat dan Meloncat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tolakan satu kaki untuk melompat dan tolakan dua kaki untuk meloncat melewati rintangan.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Permainan Gerak Lokomotor Berkelompok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kombinasi gerak jalan-lari-lompat dalam permainan tradisional kijang dan rusa.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 lokomotor adalah gerakan tubuh yang ditandai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Tubuh diam di tempat tanpa bergerak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Adanya perpindahan tempat dari satu titik ke titik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Mengayunkan tangan sambil duduk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Memutar kepala ke kanan dan kiri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Gerak lokomotor adalah pola gerak dasar yang menyebabkan tubuh berpindah posisi/tempat, seperti berjalan, berlari, dan melompat.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gerakan lokomotor di bawah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Berlari ke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Membungkukkan badan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Menekuk lutut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Menggelengkan kepala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Berlari menyebabkan perpindahan posisi tubuh dari satu tempat ke tempat lain.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Saat melakukan gerakan berjalan ke depan dengan benar, pandangan mata mengarah ke...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Arah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Kaki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Langit-langit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Samping kanan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Pandangan lurus ke depan menjaga keseimbangan dan keselamatan saat berjalan.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gerakan berjalan dan berlari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Pada saat berlari ada saat di mana kedua kaki melayang di udara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Berjalan lebih cepat daripada berlari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Berlari tidak memerlukan tenaga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Berjalan dilakukan dengan mata terpejam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Lari memiliki fase melayang sesaat ketika kedua kaki tidak menyentuh tanah, sedangkan berjalan selalu ada satu kaki yang menapak.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Gerakan melompat dengan tumpuan satu kaki lalu mendarat dengan dua kaki melatih...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Keseimbangan dan kekuatan otot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Kelenturan leher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Daya tahan paru-paru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Penglihatan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Melompat dan mendarat melatih koordinasi tumpuan, kekuatan otot tungkai, dan keseimbangan tubuh.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1: Pola Gerak Dasar Lokomotor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Variasi Gerak Berjalan dan Berlari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langkah jalan lurus, zig-zag, dan lari santai mengelilingi lintasan lapangan.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Gerak Melompat dan Meloncat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tolakan satu kaki untuk melompat dan tolakan dua kaki untuk meloncat melewati rintangan.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Permainan Gerak Lokomotor Berkelompok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kombinasi gerak jalan-lari-lompat dalam permainan tradisional kijang dan rusa.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gerak dasar lokomotor pada awal jenjang SD melatih koordinasi motorik kasar dan kesadaran spasial peserta didik. Anak-anak diajak mempraktikkan aneka variasi langkah berjalan ke berbagai arah (maju, mundur, dan menyamping).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membedakan antara gerakan berjalan, berlari dengan ayunan lengan yang rileks, serta melompat menggunakan tumpuan satu kaki atau dua kaki. Aktivitas dikemas melalui permainan kejar-kejaran kelompok dan rintangan lintasan kardus.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menekankan aspek keselamatan fisik saat mendarat, sikap sportivitas saat bermain bersama, serta pembiasaan pemanasan dan pendinginan sebelum dan sesudah berolahraga.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Lokomotor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Keterampilan gerak tubuh yang ditandai dengan adanya perpindahan tempat dari satu titik ke titik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Melompat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mendorong tubuh ke atas atau ke depan dengan menolakkan satu kaki dan mendarat dengan dua kaki.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Meloncat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mendorong tubuh ke atas atau ke depan dengan menolakkan kedua kaki secara bersamaan.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Pemanasan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Serangkaian gerakan peregangan ringan sebelum berolahraga untuk menyiapkan otot dan mencegah cedera.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Pendinginan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relaksasi bertahap setelah berolahraga untuk mengembalikan detak jantung ke kondisi normal.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