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Partisipasi Warga Muda dalam Pembangunan Nasional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Partisipasi Warga Muda dalam Pembangunan Nasional dalam konteks operasional kejuruan secara komprehensif.</w:t>
      </w:r>
    </w:p>
    <w:p>
      <w:pPr>
        <w:pStyle w:val="ListNumber"/>
      </w:pPr>
      <w:r>
        <w:rPr>
          <w:rFonts w:ascii="Calibri" w:hAnsi="Calibri"/>
          <w:b w:val="0"/>
          <w:i w:val="0"/>
          <w:color w:val="000000"/>
          <w:sz w:val="19"/>
        </w:rPr>
        <w:t>Menerapkan prosedur kerja dan teknik pemecahan masalah terkait Partisipasi Warga Muda dalam Pembangunan Nasional secara mandiri dan presisi.</w:t>
      </w:r>
    </w:p>
    <w:p>
      <w:pPr>
        <w:pStyle w:val="ListNumber"/>
      </w:pPr>
      <w:r>
        <w:rPr>
          <w:rFonts w:ascii="Calibri" w:hAnsi="Calibri"/>
          <w:b w:val="0"/>
          <w:i w:val="0"/>
          <w:color w:val="000000"/>
          <w:sz w:val="19"/>
        </w:rPr>
        <w:t>Mengevaluasi hasil kerja, kepatuhan SOP, dan keselamatan kerja (K3) pada aktivitas pembelajaran Partisipasi Warga Muda dalam Pembangunan Nasional.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 strategis lulusan vokasi dalam pembangunan infrastruktur, inovasi kewirausahaan, dan pengawasan kebijakan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Partisipasi Warga Muda dalam Pembangunan 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Partisipasi Warga Muda dalam Pembangunan Nasional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Partisipasi Warga Muda dalam Pembangunan Nasional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Partisipasi Warga Muda dalam Pembangunan Nasional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Partisipasi Warga Muda dalam Pembangunan Nasional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Partisipasi Warga Muda dalam Pembangunan Nasional?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Partisipasi Warga Muda dalam Pembangunan Nasional.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Partisipasi Warga Muda dalam Pembangunan Nasional?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Partisipasi Warga Muda dalam Pembangunan Nasional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4: Partisipasi Warga Muda dalam Pembangunan 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Partisipasi Warga Muda dalam Pembangunan Nasional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Partisipasi Warga Muda dalam Pembangunan Nasional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Partisipasi Warga Muda dalam Pembangunan Nasional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Partisipasi Warga Muda dalam Pembangunan Nasional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Partisipasi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Partisipasi Warga Muda dalam Pembangunan Nasional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Warga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