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Peran Indonesia dalam Hubungan Internasional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Peran Indonesia dalam Hubungan Internasional dalam konteks operasional kejuruan secara komprehensif.</w:t>
      </w:r>
    </w:p>
    <w:p>
      <w:pPr>
        <w:pStyle w:val="ListNumber"/>
      </w:pPr>
      <w:r>
        <w:rPr>
          <w:rFonts w:ascii="Calibri" w:hAnsi="Calibri"/>
          <w:b w:val="0"/>
          <w:i w:val="0"/>
          <w:color w:val="000000"/>
          <w:sz w:val="19"/>
        </w:rPr>
        <w:t>Menerapkan prosedur kerja dan teknik pemecahan masalah terkait Peran Indonesia dalam Hubungan Internasional secara mandiri dan presisi.</w:t>
      </w:r>
    </w:p>
    <w:p>
      <w:pPr>
        <w:pStyle w:val="ListNumber"/>
      </w:pPr>
      <w:r>
        <w:rPr>
          <w:rFonts w:ascii="Calibri" w:hAnsi="Calibri"/>
          <w:b w:val="0"/>
          <w:i w:val="0"/>
          <w:color w:val="000000"/>
          <w:sz w:val="19"/>
        </w:rPr>
        <w:t>Mengevaluasi hasil kerja, kepatuhan SOP, dan keselamatan kerja (K3) pada aktivitas pembelajaran Peran Indonesia dalam Hubungan Internasional.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Politik luar negeri bebas aktif, kontribusi Indonesia di ASEAN dan PBB, serta peluang tenaga kerja terampil di pasar global.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Peran Indonesia dalam Hubungan Internasional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Peran Indonesia dalam Hubungan Internasional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Peran Indonesia dalam Hubungan Internasional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Peran Indonesia dalam Hubungan Internasional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Peran Indonesia dalam Hubungan Internasional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Peran Indonesia dalam Hubungan Internasional?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Peran Indonesia dalam Hubungan Internasional.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Peran Indonesia dalam Hubungan Internasional?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Peran Indonesia dalam Hubungan Internasional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3: Peran Indonesia dalam Hubungan Internasional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Peran Indonesia dalam Hubungan Internasional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Peran Indonesia dalam Hubungan Internasional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Peran Indonesia dalam Hubungan Internasional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Peran Indonesia dalam Hubungan Internasional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Peran Indonesia dalam Hubungan Internasional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Indonesia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