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Pengaruh Kemajuan Iptek terhadap Keutuhan Negara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Pengaruh Kemajuan Iptek terhadap Keutuhan Negara dalam konteks operasional kejuruan secara komprehensif.</w:t>
      </w:r>
    </w:p>
    <w:p>
      <w:pPr>
        <w:pStyle w:val="ListNumber"/>
      </w:pPr>
      <w:r>
        <w:rPr>
          <w:rFonts w:ascii="Calibri" w:hAnsi="Calibri"/>
          <w:b w:val="0"/>
          <w:i w:val="0"/>
          <w:color w:val="000000"/>
          <w:sz w:val="19"/>
        </w:rPr>
        <w:t>Menerapkan prosedur kerja dan teknik pemecahan masalah terkait Pengaruh Kemajuan Iptek terhadap Keutuhan Negara secara mandiri dan presisi.</w:t>
      </w:r>
    </w:p>
    <w:p>
      <w:pPr>
        <w:pStyle w:val="ListNumber"/>
      </w:pPr>
      <w:r>
        <w:rPr>
          <w:rFonts w:ascii="Calibri" w:hAnsi="Calibri"/>
          <w:b w:val="0"/>
          <w:i w:val="0"/>
          <w:color w:val="000000"/>
          <w:sz w:val="19"/>
        </w:rPr>
        <w:t>Mengevaluasi hasil kerja, kepatuhan SOP, dan keselamatan kerja (K3) pada aktivitas pembelajaran Pengaruh Kemajuan Iptek terhadap Keutuhan Negara.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Dampak positif dan negatif transformasi digital, ancaman disinformasi pertahanan, dan etika riset teknologi kejuruan.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Pengaruh Kemajuan Iptek terhadap Keutuhan Negara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Pengaruh Kemajuan Iptek terhadap Keutuhan Negara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Pengaruh Kemajuan Iptek terhadap Keutuhan Negara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Pengaruh Kemajuan Iptek terhadap Keutuhan Negara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Pengaruh Kemajuan Iptek terhadap Keutuhan Negara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Pengaruh Kemajuan Iptek terhadap Keutuhan Negara?</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Pengaruh Kemajuan Iptek terhadap Keutuhan Negara.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Pengaruh Kemajuan Iptek terhadap Keutuhan Negara?</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Pengaruh Kemajuan Iptek terhadap Keutuhan Negara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Pendidikan Pancasila • Bab 2: Pengaruh Kemajuan Iptek terhadap Keutuhan Negara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Pengaruh Kemajuan Iptek terhadap Keutuhan Negara</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Pengaruh Kemajuan Iptek terhadap Keutuhan Negara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Pengaruh Kemajuan Iptek terhadap Keutuhan Negara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Pengaruh Kemajuan Iptek terhadap Keutuhan Negara pada jenjang SMK Kelas 12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Pengaruh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Pengaruh Kemajuan Iptek terhadap Keutuhan Negara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Kemajuan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Iptek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12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