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Bela Negara dalam Era Globalisasi Ekonomi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Bela Negara dalam Era Globalisasi Ekonomi dalam konteks operasional kejuruan secara komprehensif.</w:t>
      </w:r>
    </w:p>
    <w:p>
      <w:pPr>
        <w:pStyle w:val="ListNumber"/>
      </w:pPr>
      <w:r>
        <w:rPr>
          <w:rFonts w:ascii="Calibri" w:hAnsi="Calibri"/>
          <w:b w:val="0"/>
          <w:i w:val="0"/>
          <w:color w:val="000000"/>
          <w:sz w:val="19"/>
        </w:rPr>
        <w:t>Menerapkan prosedur kerja dan teknik pemecahan masalah terkait Bela Negara dalam Era Globalisasi Ekonomi secara mandiri dan presisi.</w:t>
      </w:r>
    </w:p>
    <w:p>
      <w:pPr>
        <w:pStyle w:val="ListNumber"/>
      </w:pPr>
      <w:r>
        <w:rPr>
          <w:rFonts w:ascii="Calibri" w:hAnsi="Calibri"/>
          <w:b w:val="0"/>
          <w:i w:val="0"/>
          <w:color w:val="000000"/>
          <w:sz w:val="19"/>
        </w:rPr>
        <w:t>Mengevaluasi hasil kerja, kepatuhan SOP, dan keselamatan kerja (K3) pada aktivitas pembelajaran Bela Negara dalam Era Globalisasi Ekonomi.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Bentuk partisipasi bela negara non-militer melalui penguasaan teknologi, cinta produk dalam negeri, dan kemandirian usaha nasional.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Bela Negara dalam Era Globalisasi Ekonomi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Bela Negara dalam Era Globalisasi Ekonomi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Bela Negara dalam Era Globalisasi Ekonomi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Bela Negara dalam Era Globalisasi Ekonomi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Bela Negara dalam Era Globalisasi Ekonomi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Bela Negara dalam Era Globalisasi Ekonomi?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Bela Negara dalam Era Globalisasi Ekonomi.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Bela Negara dalam Era Globalisasi Ekonomi?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Bela Negara dalam Era Globalisasi Ekonomi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Pancasila • Bab 4: Bela Negara dalam Era Globalisasi Ekonomi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Bela Negara dalam Era Globalisasi Ekonomi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Bela Negara dalam Era Globalisasi Ekonomi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Bela Negara dalam Era Globalisasi Ekonomi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Bela Negara dalam Era Globalisasi Ekonomi pada jenjang SMK Kelas 11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Bela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Bela Negara dalam Era Globalisasi Ekonomi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11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