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Harmoni Keberagaman dan Resolusi Konflik Sosial</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Harmoni Keberagaman dan Resolusi Konflik Sosial dalam konteks operasional kejuruan secara komprehensif.</w:t>
      </w:r>
    </w:p>
    <w:p>
      <w:pPr>
        <w:pStyle w:val="ListNumber"/>
      </w:pPr>
      <w:r>
        <w:rPr>
          <w:rFonts w:ascii="Calibri" w:hAnsi="Calibri"/>
          <w:b w:val="0"/>
          <w:i w:val="0"/>
          <w:color w:val="000000"/>
          <w:sz w:val="19"/>
        </w:rPr>
        <w:t>Menerapkan prosedur kerja dan teknik pemecahan masalah terkait Harmoni Keberagaman dan Resolusi Konflik Sosial secara mandiri dan presisi.</w:t>
      </w:r>
    </w:p>
    <w:p>
      <w:pPr>
        <w:pStyle w:val="ListNumber"/>
      </w:pPr>
      <w:r>
        <w:rPr>
          <w:rFonts w:ascii="Calibri" w:hAnsi="Calibri"/>
          <w:b w:val="0"/>
          <w:i w:val="0"/>
          <w:color w:val="000000"/>
          <w:sz w:val="19"/>
        </w:rPr>
        <w:t>Mengevaluasi hasil kerja, kepatuhan SOP, dan keselamatan kerja (K3) pada aktivitas pembelajaran Harmoni Keberagaman dan Resolusi Konflik Sosial.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Pemetaan potensi disintegrasi bangsa, pendekatan mediasi sosial budaya, dan penguatan persaudaraan kebangsaan antardaerah.</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Harmoni Keberagaman dan Resolusi Konflik Sosial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Harmoni Keberagaman dan Resolusi Konflik Sosial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Harmoni Keberagaman dan Resolusi Konflik Sosial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Harmoni Keberagaman dan Resolusi Konflik Sosial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Harmoni Keberagaman dan Resolusi Konflik Sosial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Harmoni Keberagaman dan Resolusi Konflik Sosial?</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Harmoni Keberagaman dan Resolusi Konflik Sosial.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Harmoni Keberagaman dan Resolusi Konflik Sosial?</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Harmoni Keberagaman dan Resolusi Konflik Sosial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Pendidikan Pancasila • Bab 3: Harmoni Keberagaman dan Resolusi Konflik Sosial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Harmoni Keberagaman dan Resolusi Konflik Sosial</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Harmoni Keberagaman dan Resolusi Konflik Sosial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Harmoni Keberagaman dan Resolusi Konflik Sosial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Harmoni Keberagaman dan Resolusi Konflik Sosial pada jenjang SMK Kelas 11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Harmoni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Harmoni Keberagaman dan Resolusi Konflik Sosial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Keberagaman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Resolusi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11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