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Demokrasi Pancasila dan Keterbukaan Informasi Publik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Demokrasi Pancasila dan Keterbukaan Informasi Publik dalam konteks operasional kejuruan secara komprehensif.</w:t>
      </w:r>
    </w:p>
    <w:p>
      <w:pPr>
        <w:pStyle w:val="ListNumber"/>
      </w:pPr>
      <w:r>
        <w:rPr>
          <w:rFonts w:ascii="Calibri" w:hAnsi="Calibri"/>
          <w:b w:val="0"/>
          <w:i w:val="0"/>
          <w:color w:val="000000"/>
          <w:sz w:val="19"/>
        </w:rPr>
        <w:t>Menerapkan prosedur kerja dan teknik pemecahan masalah terkait Demokrasi Pancasila dan Keterbukaan Informasi Publik secara mandiri dan presisi.</w:t>
      </w:r>
    </w:p>
    <w:p>
      <w:pPr>
        <w:pStyle w:val="ListNumber"/>
      </w:pPr>
      <w:r>
        <w:rPr>
          <w:rFonts w:ascii="Calibri" w:hAnsi="Calibri"/>
          <w:b w:val="0"/>
          <w:i w:val="0"/>
          <w:color w:val="000000"/>
          <w:sz w:val="19"/>
        </w:rPr>
        <w:t>Mengevaluasi hasil kerja, kepatuhan SOP, dan keselamatan kerja (K3) pada aktivitas pembelajaran Demokrasi Pancasila dan Keterbukaan Informasi Publik.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Prinsip musyawarah mufakat, etika penyampaian aspirasi publik, transparansi penyelenggaraan negara, dan penolakan hoaks.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Demokrasi Pancasila dan Keterbukaan Informasi Publik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Demokrasi Pancasila dan Keterbukaan Informasi Publik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Demokrasi Pancasila dan Keterbukaan Informasi Publik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Demokrasi Pancasila dan Keterbukaan Informasi Publik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Demokrasi Pancasila dan Keterbukaan Informasi Publik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Demokrasi Pancasila dan Keterbukaan Informasi Publik?</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Demokrasi Pancasila dan Keterbukaan Informasi Publik.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Demokrasi Pancasila dan Keterbukaan Informasi Publik?</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Demokrasi Pancasila dan Keterbukaan Informasi Publik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2: Demokrasi Pancasila dan Keterbukaan Informasi Publik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Demokrasi Pancasila dan Keterbukaan Informasi Publik</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Demokrasi Pancasila dan Keterbukaan Informasi Publik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Demokrasi Pancasila dan Keterbukaan Informasi Publik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Demokrasi Pancasila dan Keterbukaan Informasi Publik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Demokrasi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Demokrasi Pancasila dan Keterbukaan Informasi Publik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Keterbukaan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