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Norma, Hak, dan Kewajiban Warga Negara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Norma, Hak, dan Kewajiban Warga Negara dalam konteks operasional kejuruan secara komprehensif.</w:t>
      </w:r>
    </w:p>
    <w:p>
      <w:pPr>
        <w:pStyle w:val="ListNumber"/>
      </w:pPr>
      <w:r>
        <w:rPr>
          <w:rFonts w:ascii="Calibri" w:hAnsi="Calibri"/>
          <w:b w:val="0"/>
          <w:i w:val="0"/>
          <w:color w:val="000000"/>
          <w:sz w:val="19"/>
        </w:rPr>
        <w:t>Menerapkan prosedur kerja dan teknik pemecahan masalah terkait Norma, Hak, dan Kewajiban Warga Negara secara mandiri dan presisi.</w:t>
      </w:r>
    </w:p>
    <w:p>
      <w:pPr>
        <w:pStyle w:val="ListNumber"/>
      </w:pPr>
      <w:r>
        <w:rPr>
          <w:rFonts w:ascii="Calibri" w:hAnsi="Calibri"/>
          <w:b w:val="0"/>
          <w:i w:val="0"/>
          <w:color w:val="000000"/>
          <w:sz w:val="19"/>
        </w:rPr>
        <w:t>Mengevaluasi hasil kerja, kepatuhan SOP, dan keselamatan kerja (K3) pada aktivitas pembelajaran Norma, Hak, dan Kewajiban Warga Negara.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Hierarki peraturan perundang-undangan di Indonesia, ketaatan hukum tempat kerja, serta hak dan kewajiban ketenagakerjaan.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Norma, Hak, dan Kewajiban Warga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Norma, Hak, dan Kewajiban Warga Negara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Norma, Hak, dan Kewajiban Warga Negara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Norma, Hak, dan Kewajiban Warga Negara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Norma, Hak, dan Kewajiban Warga Negara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Norma, Hak, dan Kewajiban Warga Negara?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Norma, Hak, dan Kewajiban Warga Negara.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Norma, Hak, dan Kewajiban Warga Negara?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Norma, Hak, dan Kewajiban Warga Negara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2: Norma, Hak, dan Kewajiban Warga Negara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Norma, Hak, dan Kewajiban Warga Negara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Norma, Hak, dan Kewajiban Warga Negara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Norma, Hak, dan Kewajiban Warga Negara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Norma, Hak, dan Kewajiban Warga Negara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Norma, Hak, dan Kewajiban Warga Negara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Warga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