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Pancasila sebagai Pemersatu Bangsa dan Etos Kerja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Pancasila sebagai Pemersatu Bangsa dan Etos Kerja dalam konteks operasional kejuruan secara komprehensif.</w:t>
      </w:r>
    </w:p>
    <w:p>
      <w:pPr>
        <w:pStyle w:val="ListNumber"/>
      </w:pPr>
      <w:r>
        <w:rPr>
          <w:rFonts w:ascii="Calibri" w:hAnsi="Calibri"/>
          <w:b w:val="0"/>
          <w:i w:val="0"/>
          <w:color w:val="000000"/>
          <w:sz w:val="19"/>
        </w:rPr>
        <w:t>Menerapkan prosedur kerja dan teknik pemecahan masalah terkait Pancasila sebagai Pemersatu Bangsa dan Etos Kerja secara mandiri dan presisi.</w:t>
      </w:r>
    </w:p>
    <w:p>
      <w:pPr>
        <w:pStyle w:val="ListNumber"/>
      </w:pPr>
      <w:r>
        <w:rPr>
          <w:rFonts w:ascii="Calibri" w:hAnsi="Calibri"/>
          <w:b w:val="0"/>
          <w:i w:val="0"/>
          <w:color w:val="000000"/>
          <w:sz w:val="19"/>
        </w:rPr>
        <w:t>Mengevaluasi hasil kerja, kepatuhan SOP, dan keselamatan kerja (K3) pada aktivitas pembelajaran Pancasila sebagai Pemersatu Bangsa dan Etos Kerja.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Kedudukan Pancasila sebagai dasar negara, pandangan hidup bangsa, serta internalisasi nilai gotong royong dan integritas kerja.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Pancasila sebagai Pemersatu Bangsa dan Etos Kerja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Pancasila sebagai Pemersatu Bangsa dan Etos Kerja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Pancasila sebagai Pemersatu Bangsa dan Etos Kerja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Pancasila sebagai Pemersatu Bangsa dan Etos Kerja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Pancasila sebagai Pemersatu Bangsa dan Etos Kerja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Pancasila sebagai Pemersatu Bangsa dan Etos Kerja?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Pancasila sebagai Pemersatu Bangsa dan Etos Kerja.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Pancasila sebagai Pemersatu Bangsa dan Etos Kerja?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Pancasila sebagai Pemersatu Bangsa dan Etos Kerja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1: Pancasila sebagai Pemersatu Bangsa dan Etos Kerja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Pancasila sebagai Pemersatu Bangsa dan Etos Kerja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Pancasila sebagai Pemersatu Bangsa dan Etos Kerja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Pancasila sebagai Pemersatu Bangsa dan Etos Kerja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Pancasila sebagai Pemersatu Bangsa dan Etos Kerja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Pancasila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Pancasila sebagai Pemersatu Bangsa dan Etos Kerja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sebagai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Pemersatu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