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PANCASILA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Pancasila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Unit 1: Aku Cinta Pancasila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lambang negara Garuda Pancasila dan letak perisai 5 sila dengan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Melafalkan bunyi 5 sila Pancasila dan memasangkannya dengan simbol sila yang sesuai.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Mencontohkan perilaku positif di rumah dan sekolah yang mencerminkan nilai-nilai sila Pancasila.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Membiasakan sikap berdoa sebelum dan sesudah kegiatan belajar sebagai wujud penghayatan sila pertama.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Pendidikan Pancasila Kelas 1 SD Unit 1 untuk mengenal lambang Garuda Pancasila, 5 simbol sila, bunyi sila, dan penerapannya dalam kebiasaan berdoa dan tolong-menolong.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Lambang Negara Garuda Pancasila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Mengamati bentuk burung Garuda Pancasila, perisai, semboyan Bhinneka Tunggal Ika, dan pita cengkeraman.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5 Simbol Sila Pancasila dan Bunyinya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Mencocokkan simbol Bintang, Rantai, Pohon Beringin, Kepala Banteng, serta Padi dan Kapas dengan bunyi sila ke-1 hingga ke-5.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Penerapan Nilai Pancasila dalam Keseharian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perilaku berdoa, berbagi bekal, tolong-menolong, dan musyawarah pemilihan ketua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Lambang negara Republik Indonesia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Bendera Merah Putih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Garuda Pancasila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Lagu Indonesia Raya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Pohon Beringin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Garuda Pancasila merupakan lambang resmi negara Indonesia dengan semboyan Bhinneka Tunggal Ika.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Simbol sila pertama Pancasila 'Ketuhanan Yang Maha Esa'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Bintang emas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Rantai emas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Pohon beringin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Kepala banteng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Sila pertama dilambangkan dengan Bintang bersudut lima di tengah perisai Garuda.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Membiasakan berdoa sebelum dan sesudah belajar di kelas merupakan contoh pengamalan Pancasila sila ke-...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 (Pertama)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 (Kedua)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3 (Ketiga)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4 (Keempat)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Berdoa kepada Tuhan Yang Maha Esa adalah pengamalan sila ke-1 Pancasila.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Bunyi sila kedua Pancasila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Ketuhanan Yang Maha Esa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Kemanusiaan yang adil dan beradab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Persatuan Indonesia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Keadilan sosial bagi seluruh rakyat Indonesia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Sila kedua berbunyi 'Kemanusiaan yang adil dan beradab' dengan simbol rantai emas.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Menolong teman yang terjatuh di halaman sekolah tanpa membeda-bedakan adalah wujud perilaku sesuai sila ke-...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5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Sikap peduli, kasih sayang, dan tolong-menolong terhadap sesama manusia adalah cerminan sila ke-2.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Pancasila • Unit 1: Aku Cinta Pancasila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Lambang Negara Garuda Pancasila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Mengamati bentuk burung Garuda Pancasila, perisai, semboyan Bhinneka Tunggal Ika, dan pita cengkeraman.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5 Simbol Sila Pancasila dan Bunyinya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Mencocokkan simbol Bintang, Rantai, Pohon Beringin, Kepala Banteng, serta Padi dan Kapas dengan bunyi sila ke-1 hingga ke-5.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Penerapan Nilai Pancasila dalam Keseharian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perilaku berdoa, berbagi bekal, tolong-menolong, dan musyawarah pemilihan ketua kelas.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Pendidikan Pancasila pada Fase A menanamkan rasa cinta tanah air dan pengenalan simbol kenegaraan Indonesia sejak dini. Peserta didik kelas 1 SD diperkenalkan pada burung Garuda Pancasila sebagai lambang negara serta perisai di dadanya yang memuat 5 simbol sila.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belajar mengenali bentuk visual masing-masing simbol: Bintang (sila ke-1), Rantai Emas (sila ke-2), Pohon Beringin (sila ke-3), Kepala Banteng (sila ke-4), serta Padi dan Kapas (sila ke-5). Pembelajaran menghubungkan bunyi sila dengan simbolnya secara interaktif.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menuntun siswa menerapkan nilai-nilai luhur Pancasila dalam tindakan konkret di sekolah, seperti kebiasaan berdoa sebelum belajar (sila ke-1), menolong teman yang terjatuh (sila ke-2), dan menjaga kerukunan saat bermain (sila ke-3).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Garuda Pancasila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Lambang negara Republik Indonesia yang berbentuk burung Garuda dengan perisai di dadanya.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Pancasila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Dasar negara dan pandangan hidup bangsa Indonesia yang terdiri atas lima sila.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Simbol Sila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Tanda gambar pada perisai Garuda yang mewakili nilai setiap sila (Bintang, Rantai, Pohon Beringin, Kepala Banteng, Padi &amp; Kapas).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Perisai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Bagian di dada burung Garuda yang melambangkan perlindungan dan memuat lambang kelima sila.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Toleransi Beragama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saling menghormati antarpemeluk agama yang berbeda dalam beribadah sesuai keyakinannya.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Pancasila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