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Sejarah dan Kejayaan Peradaban Islam pada Masa Daulah Abbasiyah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sejarah singkat berdirinya Daulah Abbasiyah di Baghdad.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peran Baitul Hikmah dan kemajuan ilmu pengetahuan pada masa Dinasti Abbasiyah.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etos keilmuan dan karya monumental para ilmuwan muslim masa kejayaan Islam.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sejarah berdirinya Daulah Abbasiyah di Baghdad, keemasan era Khalifah Harun ar-Rasyid, peran perpustakaan Baitul Hikmah, serta kontribusi ilmuwan muslim lintas disiplin.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Latar Belakang Berdirinya Daulah Abbasiyah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peralihan kekuasaan dari Daulah Umayyah dan pendirian kota Baghdad sebagai ibu kota.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Masa Keemasan Khalifah Harun ar-Rasyid dan Al-Ma'mun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kemajuan peradaban, stabilitas politik, dan diplomasi internasional Abbasiyah.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Baitul Hikmah dan Gerakan Penerjemahan Akbar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peran perpustakaan riset Baitul Hikmah dalam melestarikan dan mengembangkan ilmu.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Biografi dan Karya Monumental Ilmuwan Muslim Abbasiyah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Meneladani etos ilmiah Ibnu Sina, Al-Khawarizmi, Al-Biruni, Al-Kindi, dan Jabir bin Hayyan.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Ibu kota Daulah Abbasiyah yang dibangun megah berbentuk lingkaran (*The Round City*) oleh Khalifah Abu Ja'far al-Mansur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Damaskus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Baghdad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Kairo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Kordoba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Khalifah Abu Ja'far al-Mansur memindahkan ibu kota dari Kufah dan membangun kota bundar Baghdad di tepi Sungai Tigris sebagai pusat kekhalifahan.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Institusi pusat riset, perpustakaan raya, dan biro penerjemahan karya-karya klasik Yunani, Persia, dan Sanskerta di Baghdad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Al-Azhar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Baitul Hikmah (House of Wisdom)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Nizamiyyah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Baitul Mal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Baitul Hikmah didirikan oleh Khalifah Harun ar-Rasyid dan dikembangkan besar-besaran oleh Al-Ma'mun sebagai episentrum gerakan penerjemahan dan penelitian ilmiah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Cendekiawan muslim masa Daulah Abbasiyah yang dikenal sebagai 'Bapak Aljabar' dan peletak konsep algoritma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Ibnu Sina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Muhammad bin Musa Al-Khawarizmi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Jabir bin Hayyan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Al-Farabi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Al-Khawarizmi menulis kitab *Al-Kitab al-mukhtasar fi hisab al-jabr wa'l-muqabala* yang menjadi cikal bakal aljabar dan algoritma dalam komputasi modern.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Ibnu Sina (dikenal di Barat sebagai Avicenna) menghasilkan karya mahakarya di bidang kedokteran yang berjudul...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Al-Qanun fi at-Tibb (The Canon of Medicine)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al-Manazir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Al-Hawi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Tahafut al-Falasifah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*Al-Qanun fi at-Tibb* adalah mahakarya Ibnu Sina yang mensistematisasi seluruh ilmu kedokteran dan farmakologi, digunakan universitas Eropa hingga abad ke-17.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keteladanan yang paling esensial dari masa kejayaan Daulah Abbasiyah yang patut dicontoh pelajar masa kini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Membangun istana megah untuk pamer kekayaan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Semangat kecintaan pada literasi, keterbukaan menuntut ilmu, riset ilmiah, dan kegemaran membaca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mempelajari ilmu pengetahuan dari bangsa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Menghabiskan waktu untuk bermalas-malasan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Keberhasilan peradaban Abbasiyah dibangun atas etos keilmuan tinggi, budaya riset, apresiasi kepada para penerjemah/ilmuwan, dan semangat literasi yang tiada henti.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Sejarah dan Kejayaan Peradaban Islam pada Masa Daulah Abbasiyah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Latar Belakang Berdirinya Daulah Abbasiyah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peralihan kekuasaan dari Daulah Umayyah dan pendirian kota Baghdad sebagai ibu kota.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Masa Keemasan Khalifah Harun ar-Rasyid dan Al-Ma'mun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kemajuan peradaban, stabilitas politik, dan diplomasi internasional Abbasiyah.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Baitul Hikmah dan Gerakan Penerjemahan Akbar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peran perpustakaan riset Baitul Hikmah dalam melestarikan dan mengembangkan ilmu.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Biografi dan Karya Monumental Ilmuwan Muslim Abbasiyah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Meneladani etos ilmiah Ibnu Sina, Al-Khawarizmi, Al-Biruni, Al-Kindi, dan Jabir bin Hayyan.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Sejarah dan Kejayaan Peradaban Islam pada Masa Daulah Abbasiyah menelusuri masa keemasan peradaban Islam (*The Golden Age of Islam*) yang berpusat di kota metropolitan Baghdad, Irak.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latar belakang berdirinya kekhalifahan Abbasiyah oleh Abul Abbas as-Saffah dan Abu Ja'far al-Mansur, serta puncak kemajuan sains, kebudayaan, dan ekonomi pada masa pemerintahan Khalifah Harun ar-Rasyid dan putranya Al-Ma'mun.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menyoroti institusi riset dan penerjemahan legendaris *Baitul Hikmah* serta karya monumental ilmuwan muslim seperti Ibnu Sina (kedokteran), Al-Khawarizmi (aljabar &amp; algoritma), Al-Kindi (filsafat), dan Jabir bin Hayyan (kimia) yang menjadi lentera ilmu pengetahuan bagi dunia.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Daulah Abbasiyah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Kekhalifahan Islam kedua setelah Umayyah yang berkuasa dari tahun 750 hingga 1258 M dengan ibu kota di Baghdad.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Baitul Hikmah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perpustakaan, penerjemahan naskah kuno, dan pusat riset sains terakbar di Baghdad yang didirikan oleh Khalifah Harun ar-Rasyid.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Al-Qanun fi at-Tibb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ensiklopedia medis monumental susunan Ibnu Sina (Avicenna) yang menjadi buku rujukan kedokteran dunia selama berabad-abad.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Al-Jabr wa al-Muqabala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Kitab legendaris karya Al-Khawarizmi yang meletakkan dasar-dasar ilmu aljabar dan sistem penomoran angka nol.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Golden Age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Era Keemasan Islam di mana peradaban Islam mencapai puncak supremasi dalam bidang filsafat, kedokteran, astronomi, dan matematika.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