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Meyakini Kitab-Kitab Allah dan Meneladani Kejujuran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pengertian dan dalil naqli iman kepada kitab-kitab Allah Swt.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4 kitab suci beserta nabi penerima dan bahasa aslinya.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membiasakan sikap jujur, amanah, dan menepati janji dalam kehidupan bermasyarakat.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rukun iman ketiga kepada kitab-kitab Allah (Taurat, Zabur, Injil, Al-Qur'an), kedudukan Al-Qur'an sebagai mukjizat abadi dan penyempurna, serta penanaman integritas dan kejujuran.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Iman kepada Kitab-Kitab Allah Swt.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pengertian wahyu samawi, dalil naqli, dan fungsi kitab suci sebagai pedoman hidup.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Mengenal 4 Kitab Suci dan Para Nabi Penerimanya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sejarah singkat diturunkannya Taurat, Zabur, Injil, dan Al-Qur'an.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Kedudukan Al-Qur'an sebagai Penyempurna dan Terpelihara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mukjizat Al-Qur'an dan jaminan pemeliharaan keasliannya oleh Allah Swt.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Penerapan Perilaku Jujur, Amanah, dan Menepati Janji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Menginternalisasi kejujuran dalam lisan, perbuatan, dan interaksi sosial harian.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Pasangan yang tepat antara kitab suci samawi dan nabi penerimanya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Taurat kepada Nabi Isa a.s., Injil kepada Nabi Musa a.s.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Zabur kepada Nabi Daud a.s., Taurat kepada Nabi Musa a.s.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Injil kepada Nabi Daud a.s., Al-Qur'an kepada Nabi Ibrahim a.s.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Zabur kepada Nabi Musa a.s., Injil kepada Nabi Daud a.s.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Urutan kitab suci: Taurat diturunkan kepada Nabi Musa a.s., Zabur kepada Nabi Daud a.s., Injil kepada Nabi Isa a.s., dan Al-Qur'an kepada Nabi Muhammad saw.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Kitab dan Suhuf dalam konteks wahyu Allah Swt.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Kitab berbahasa Arab sedangkan suhuf berbahasa Ibrani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Kitab merupakan kumpulan wahyu yang sudah dibukukan, sedangkan suhuf berupa lembaran-lembaran wahyu terpisah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Kitab hanya diturunkan kepada Nabi Muhammad saw.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Suhuf tidak memuat ajaran tauhid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Kitab adalah wahyu Allah yang telah disusun dalam bentuk buku utuh, sedangkan suhuf adalah lembaran-lembaran firman Allah yang belum dihimpun menjadi kitab.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Al-Qur'an memiliki kedudukan sebagai 'Muhaimin' terhadap kitab-kitab suci sebelumnya, yang artinya Al-Qur'an berfungsi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Pengganti bahasa kitab terdahulu menjadi bahasa Arab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Pemelihara, penyempurna, dan pembenar atas ajaran pokok kitab-kitab terdahulu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Catatan sejarah masa lalu yang tidak relevan lagi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Buku ilmu pengetahuan alam semata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Sifat Al-Qur'an sebagai *muhaimin* (Q.S. Al-Ma'idah: 48) menegaskan fungsinya sebagai pemelihara nilai tauhid murni dan penyempurna syariat dari kitab terdahulu.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Tiga tanda orang munafik menurut sabda Rasulullah saw.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Jika salat tidak khusyuk, jika berpuasa batal, dan jika bersedekah pamer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Jika berbicara berdusta, jika berjanji mengingkari, dan jika dipercaya berkhianat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Jika makan berlebihan, jika tidur larut malam, dan jika belajar malas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Jika kaya sombong, jika miskin putus asa, dan jika sakit mengeluh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Hadis riwayat Bukhari dan Muslim menyebutkan tanda munafik ada tiga: *idza haddatsa kadzaba, wa idza wa'ada akhlafa, wa idza'tumina khana* (berkata dusta, berjanji ingkar, dan dipercaya khianat).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Contoh perilaku beriman kepada Al-Qur'an yang tercermin dalam kejujuran akademik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Memberikan contekan kepada sahabat dekat saat ujian nasional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Mengerjakan soal ujian secara mandiri dengan jujur dan tidak menyontek meskipun tidak diawasi ketat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Menyalin tugas teman agar nilai raport tetap tinggi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Mengubah nilai ujian di lembar jawaban sebelum ditunjukkan ke orang tua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Kejujuran saat ujian mencerminkan keyakinan bahwa Allah Swt. Maha Melihat (*Al-Bashir*) dan menjalankan perintah Al-Qur'an untuk selalu bersikap jujur.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2: Meyakini Kitab-Kitab Allah dan Meneladani Kejujuran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Iman kepada Kitab-Kitab Allah Swt.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pengertian wahyu samawi, dalil naqli, dan fungsi kitab suci sebagai pedoman hidup.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Mengenal 4 Kitab Suci dan Para Nabi Penerimanya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sejarah singkat diturunkannya Taurat, Zabur, Injil, dan Al-Qur'an.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Kedudukan Al-Qur'an sebagai Penyempurna dan Terpelihara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mukjizat Al-Qur'an dan jaminan pemeliharaan keasliannya oleh Allah Swt.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Penerapan Perilaku Jujur, Amanah, dan Menepati Janji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Menginternalisasi kejujuran dalam lisan, perbuatan, dan interaksi sosial harian.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Meyakini Kitab-Kitab Allah mendalami esensi keimanan kepada wahyu samawi yang diturunkan oleh Allah Swt. kepada para rasul pilihan-Nya sebagai petunjuk dan pedoman hidup umat manusia.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nama-nama kitab suci beserta para nabi penerimanya (Kitab Taurat kepada Nabi Musa a.s., Zabur kepada Nabi Daud a.s., Injil kepada Nabi Isa a.s., dan Al-Qur'an kepada Nabi Muhammad saw.) serta fungsi Al-Qur'an sebagai penyempurna (*muhaimin*) dan pembenar kitab-kitab terdahulu.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internalisasi nilai-nilai keimanan terhadap kitab suci ke dalam perilaku nyata berupa komitmen kejujuran (*ash-shidq*), memegang teguh amanah, menepati janji, dan menjauhi sifat kemunafikan.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Kitab Suci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Kumpulan wahyu firman Allah Swt. yang dibukukan dan diturunkan kepada para rasul untuk disampaikan kepada seluruh umat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Suhuf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Lembaran-lembaran wahyu Allah Swt. yang terpisah dan belum dibukukan menjadi sebuah kitab suci yang utuh.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Muhaimin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Al-Qur'an sebagai pemelihara, penguji, pembenar, dan penyempurna terhadap ajaran kitab-kitab samawi sebelumnya.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Ash-Shidq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jujur dan lurus hati, yaitu kesesuaian antara perkataan, keyakinan hati, dan perbuatan nyata.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Nifak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Sifat munafik, yaitu menampakkan kebaikan atau keislaman di luar namun menyembunyikan kekufuran atau kebohongan di dalam hati.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