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Meneladani Asmaulhusna dalam Kehidupan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makna Asmaulhusna al-Alim, al-Khabir, as-Sami', dan al-Bashir.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bukti-bukti keteraturan alam semesta yang mencerminkan Asmaulhusna Allah.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sifat Asmaulhusna melalui perilaku jujur, cermat, dan berakhlak mulia.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memahami makna asmaulhusna al-Alim, al-Khabir, as-Sami', dan al-Bashir, bukti kebesaran Allah SWT di alam semesta, serta pengamalan sifat jujur, mawas diri, dan amanah.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dan Makna Asmaulhusna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konsep 99 Asmaulhusna sebagai nama-nama indah dan agung milik Allah SWT.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Makna Asmaulhusna al-Alim dan al-Khabir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keluasan ilmu Allah dan ketelitian-Nya terhadap seluruh ciptaan.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Makna Asmaulhusna as-Sami' dan al-Bashir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Meyakini pendengaran dan penglihatan Allah yang meliputi hal lahiriah dan batiniah.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Implementasi Karakter Luhur Meneladani Asmaulhusna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Mengamalkan sikap jujur, cermat, gemar belajar, dan mawas diri dalam pergaulan.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Seorang siswa tidak mau menyontek saat ujian meskipun guru pengawas sedang keluar ruangan, karena ia yakin Allah SWT Maha Melihat perbuatannya. Sikap siswa tersebut mencerminkan keimanan pada Asmaulhusna...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Al-Alim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Al-Khabir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As-Sami'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Al-Bashir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Keyakinan bahwa Allah SWT senantiasa melihat setiap perbuatan manusia di mana pun berada adalah wujud peneladanan sifat Al-Bashir (Maha Melihat).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Asmaulhusna *al-Khabir* memiliki arti bahwa Allah SWT...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Maha Mengetahui secara global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Maha Teliti dan Waspada terhadap rincian seluruh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Maha Mendengar suara hati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Maha Menghidupkan makhluk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Al-Khabir bermakna Maha Teliti, Maha Cermat, dan Maha Waspada terhadap segala hal sekecil apa pun di alam semesta.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Menjaga lisan dari perkataan bohong, ghibah, dan fitnah merupakan bentuk perilaku meneladani Asmaulhusna...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Al-Alim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As-Sami'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Al-Bashir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Al-Quddus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Meyakini Allah Maha Mendengar (As-Sami') mendorong manusia berhati-hati dalam berucap dan selalu menjaga lisannya dari kata-kata yang dimurkai Allah.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Semangat rajin membaca buku, meneliti fenomena alam, dan mencari ilmu pengetahuan yang bermanfaat merupakan bentuk pengamalan dari 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Al-Alim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As-Sami'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Al-Ghaffar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Meneladani Al-Alim (Maha Mengetahui) diwujudkan dengan terus belajar, memperluas wawasan keilmuan, dan mengamalkan ilmu demi kemaslahatan sesama.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Dalil Al-Qur'an yang memerintahkan hamba-Nya untuk berdoa dengan menyebut Asmaulhusna termaktub dalam surat...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al-Baqarah/2: 183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al-A'raf/7: 180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al-Ikhlas/112: 1-4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al-Fatihah/1: 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Q.S. al-A'raf/7: 180 berbunyi: 'Wa lillahil-asma'ul-husna fad'uhu biha...' (Dan milik Allah-lah nama-nama yang baik, maka berdoalah kepada-Nya dengan menyebut Asmaulhusna itu).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Meneladani Asmaulhusna dalam Kehidupan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dan Makna Asmaulhusna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konsep 99 Asmaulhusna sebagai nama-nama indah dan agung milik Allah SWT.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Makna Asmaulhusna al-Alim dan al-Khabir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keluasan ilmu Allah dan ketelitian-Nya terhadap seluruh ciptaan.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Makna Asmaulhusna as-Sami' dan al-Bashir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Meyakini pendengaran dan penglihatan Allah yang meliputi hal lahiriah dan batiniah.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Implementasi Karakter Luhur Meneladani Asmaulhusna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Mengamalkan sikap jujur, cermat, gemar belajar, dan mawas diri dalam pergaulan.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Asmaulhusna adalah nama-nama Allah SWT yang terbaik, terindah, dan paling agung yang mencerminkan kesempurnaan sifat-sifat-Nya. Mengimani dan menghayati Asmaulhusna menumbuhkan ketauhidan yang murni dan memperkuat kedekatan spiritual seorang hamba kepada Sang Pencipta.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Kajian difokuskan pada empat Asmaulhusna utama: *al-Alim* (Maha Mengetahui segala rahasia dan hal ghaib), *al-Khabir* (Maha Waspada/Teliti terhadap setiap gerak-gerik makhluk), *as-Sami'* (Maha Mendengar segala bisikan hati dan suara), serta *al-Bashir* (Maha Melihat segala perbuatan di tempat tersembunyi).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Meneladani asmaulhusna tersebut melahirkan karakter pribadi yang berintegritas: rajin menuntut ilmu (*al-Alim*), cermat dan teliti dalam bekerja (*al-Khabir*), menjaga lisan dari perkataan kotor (*as-Sami'*), serta senantiasa mawas diri merasa diawasi oleh Allah (*al-Bashir / ihsan*).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Asmaulhusna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Nama-nama yang indah, baik, dan mulia milik Allah SWT yang berjumlah 99 nama agung.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Al-Alim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Asmaulhusna yang berarti Allah Maha Mengetahui segala sesuatu, baik yang tampak maupun yang gaib.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Al-Khabir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Asmaulhusna yang berarti Allah Maha Teliti, Maha Mengetahui rincian hakikat terdalam dari segala perkara.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As-Sami'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Asmaulhusna yang berarti Allah Maha Mendengar segala suara dan bisikan makhluk tanpa perantara alat pendengar.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Al-Bashir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Asmaulhusna yang berarti Allah Maha Melihat segala perbuatan makhluk, bahkan yang tersembunyi di kegelapan malam.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