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Kisah Teladan Nabi Yusuf a.s. dan Ketabahan Menghadapi Ujian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menceritakan kembali peristiwa penting dalam kisah hidup Nabi Yusuf a.s.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keteladanan sifat sabar dan pemaaf Nabi Yusuf a.s.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menghindari sifat dengki dan menunjukkan sikap pemaaf dalam kehidupan sehari-hari.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kisah Nabi Yusuf a.s., cobaan dimasukkan ke sumur oleh saudaranya, ketabahan dalam penjara, mukjizat menafsirkan mimpi, dan sifat pemaaf kepada yang menyakitinya.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Masa Kecil Nabi Yusuf a.s. dan Mimpi Sebelas Bintang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Menceritakan mimpi Nabi Yusuf a.s. dan cobaan saat dimasukkan ke dalam sumur oleh saudaranya.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Kesabaran Menghadapi Fitnah dan Mukjizat Menafsirkan Mimpi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Keteguhan menjaga kesucian diri di Mesir hingga menjadi penasihat ekonomi raja.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Meneladani Sifat Pemaaf dan Menghindari Iri Hati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Menjauhi sifat dengki kepada teman dan ikhlas memaafkan kesalahan orang lain.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Nabi Yusuf a.s. adalah putra dari nabi utusan Allah yang bernama...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Nabi Ibrahim a.s.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Nabi Ya'qub a.s.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Nabi Ismail a.s.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Nabi Musa a.s.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Nabi Yusuf a.s. merupakan putra kesayangan Nabi Ya'qub a.s.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Penyebab saudara-saudara Nabi Yusuf a.s. tega memasukkannya ke dalam sumur tua adalah karena memiliki sifat...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Dermawan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Hasad / Iri hati dan dengki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Sabar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Rendah hati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Penyakit hati hasad (cemburu) mendorong saudara-saudaranya berbuat zalim.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Mukjizat istimewa yang dianugerahkan Allah SWT kepada Nabi Yusuf a.s. saat berada di Mesir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Membelah lautan dengan tongkat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Mampu menafsirkan arti mimpi secara tepat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Menyembuhkan orang buta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Tidak hangus dibakar api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Nabi Yusuf a.s. diberi ilmu takwil mimpi, termasuk menafsirkan mimpi 7 tahun masa subur dan 7 tahun paceklik raja Mesir.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Sikap mulia Nabi Yusuf a.s. saat saudara-saudaranya datang meminta bantuan gandum ke istana Mesir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Menghukum dan memenjarakan mereka semua untuk membalas dendam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Memaafkan kesalahan mereka dengan tulus dan membantu kebutuhan pangan keluarganya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Mengusir mereka keluar dari istana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Mengambil seluruh harta mereka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Nabi Yusuf a.s. menunjukkan puncak kemuliaan akhlak dengan memaafkan dan menyayangi saudaranya.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Pelajaran terpenting yang dapat kita terapkan saat ada teman yang meminta maaf atas kesalahannya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Menyimpan dendam selamanya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Membalas perbuatannya di lain hari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Memaafkannya dengan ikhlas dan tetap berteman dengan rukun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Menjelek-jelekkannya di depan orang lain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Menjadi pemaaf adalah cerminan teladan akhlak Nabi Yusuf a.s. yang disukai Allah.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6: Kisah Teladan Nabi Yusuf a.s. dan Ketabahan Menghadapi Ujian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Masa Kecil Nabi Yusuf a.s. dan Mimpi Sebelas Bintang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Menceritakan mimpi Nabi Yusuf a.s. dan cobaan saat dimasukkan ke dalam sumur oleh saudaranya.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Kesabaran Menghadapi Fitnah dan Mukjizat Menafsirkan Mimpi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Keteguhan menjaga kesucian diri di Mesir hingga menjadi penasihat ekonomi raja.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Meneladani Sifat Pemaaf dan Menghindari Iri Hati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Menjauhi sifat dengki kepada teman dan ikhlas memaafkan kesalahan orang lain.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Nabi Yusuf a.s. adalah putra Nabi Ya'qub a.s. yang dikaruniai ketampanan rupa, kecerdasan, dan akhlak mulia. Kisah perjalanan hidupnya diabadikan secara lengkap dalam Surah Yusuf dalam Al-Qur'an sebagai kisah terbaik (ahsanul qashash).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Nabi Yusuf a.s. mengalami berbagai ujian berat: dicemburui dan dimasukkan ke dalam sumur tua oleh saudara-saudaranya, dijual sebagai budak di Mesir, difitnah hingga dipenjara bertahun-tahun. Namun, beliau tetap tabah, sabar, dan berpegang teguh pada tauhid.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Ketika Allah mengangkatnya menjadi bendahara kerajaan Mesir yang berkuasa, Nabi Yusuf a.s. tidak membalas dendam kepada saudara-saudaranya, melainkan memaafkan mereka dengan tulus dan merangkul keluarganya kembali.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Nabi Yusuf a.s.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Nabi ke-11 dari 25 nabi utusan Allah SWT yang terkenal dengan kesabaran, mukjizat mimpi, dan sifat pemaafnya.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Hasad (Iri Hati)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Penyakit hati berupa perasaan tidak senang atas kenikmatan yang diperoleh orang lain dan ingin nikmat itu hilang.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Tabah (Sabar)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menahan diri dan tetap tegar di jalan kebenaran saat menghadapi cobaan dan kesulitan hidup.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Pemaaf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lapang dada menghapuskan kesalahan orang lain dan tidak menyimpan dendam.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