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Mengenal Asmaulhusna Al-Wahid, Al-Ahad, dan As-Samad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makna Asmaulhusna Al-Wahid, Al-Ahad, dan As-Samad.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menghafal dan melafalkan Asmaulhusna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perilaku meneladani Asmaulhusna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memahami arti Asmaulhusna Al-Wahid (Maha Tunggal), Al-Ahad (Maha Esa), As-Samad (Maha Dibutuhkan/Tempat Meminta), dan meneladaninya dalam hidup.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Arti dan Makna Al-Wahid dan Al-Ahad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Menjelaskan konsep tauhid bahwa tiada Tuhan yang berhak disembah selain Allah Yang Maha Esa.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Arti dan Makna Asmaulhusna As-Samad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bahwa Allah tempat bergantung seluruh makhluk dan tidak membutuhkan bantuan siapa pun.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Asmaulhusna dalam Perilaku Keseharian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berdoa hanya kepada Allah dan menjadi pribadi yang senang menolong orang lain.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Asmaulhusna yang memiliki arti bahwa Allah adalah 'Maha Esa' dan tidak ada yang menyerupai-Nya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Al-Ahad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Ar-Rahman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Al-Malik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As-Salam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Al-Ahad bermakna Maha Esa, sebagaimana ditegaskan dalam Surah Al-Ikhlas ayat 1.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Arti dari Asmaulhusna As-Samad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Maha Pengasih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Maha Melihat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Maha Dibutuhkan / Tempat Bergantung seluruh makhluk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Maha Pengampun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As-Samad berarti Tuhan yang menjadi tumpuan harapan dan tempat bergantung bagi seluruh ciptaan-Nya.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Contoh perilaku seorang murid yang meneladani sifat As-Samad dalam kehidupan sehari-hari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Selalu meminta uang jajan kepada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Membantu teman yang sedang kesulitan belajar atau tertimpa musibah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Berdiam diri saat melihat kawan terjatuh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Menyombongkan kepintaran diri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Menjadi pribadi yang bermanfaat dan suka menolong adalah refleksi akhlak meneladani As-Samad.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Ketika kita merasa takut, cemas, atau sedang menginginkan sesuatu yang baik, tempat yang paling benar untuk memohon pertolongan dan berdoa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Dukun dan pohon keramat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Hanya kepada Allah SWT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Benda-benda pusaka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Ramalan bintang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Meminta pertolongan hanya kepada Allah SWT adalah perwujudan tauhid yang murni.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Dalil Al-Qur'an yang secara jelas menyebutkan Asmaulhusna 'Allahus Samad' terdapat di dalam...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Surah Al-Falaq ayat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Surah Al-Ikhlas ayat 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Surah An-Nas ayat 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Surah Al-Fatihah ayat 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Surah Al-Ikhlas ayat ke-2 berbunyi: 'Allahu ash-shamad' (Allah tempat meminta segala sesuatu).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Mengenal Asmaulhusna Al-Wahid, Al-Ahad, dan As-Samad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Arti dan Makna Al-Wahid dan Al-Ahad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Menjelaskan konsep tauhid bahwa tiada Tuhan yang berhak disembah selain Allah Yang Maha Esa.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Arti dan Makna Asmaulhusna As-Samad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bahwa Allah tempat bergantung seluruh makhluk dan tidak membutuhkan bantuan siapa pun.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Asmaulhusna dalam Perilaku Keseharian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berdoa hanya kepada Allah dan menjadi pribadi yang senang menolong orang lain.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Allah SWT memiliki nama-nama yang indah dan agung yang disebut Asmaulhusna. Pada bab ini, peserta didik mendalami tiga nama mulia Allah yang berkaitan dengan keesaan dan kekuasaan-Nya.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Al-Wahid dan Al-Ahad bermakna Allah Maha Tunggal dan Maha Esa, tidak beranak dan tidak diperanakkan, serta tidak ada sekutu bagi-Nya. Sedangkan As-Samad bermakna Allah Maha Dibutuhkan, tempat seluruh makhluk bergantung dan memohon pertolongan.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mengamalkan keteladanan sifat As-Samad dengan suka membantu sesama teman yang kesulitan serta hanya berdoa dan memohon pertolongan kepada Allah semata.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Asmaulhusna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Nama-nama Allah SWT yang terbaik, terindah, dan paling agung yang berjumlah 99 nama.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Al-Wahid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Allah yang bermakna Maha Tunggal dalam zat, sifat, dan perbuatan-Nya.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Al-Ahad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Allah yang bermakna Maha Esa, tidak ada yang setara atau menandingi-Nya.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As-Samad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Allah yang bermakna Maha Dibutuhkan, tempat seluruh makhluk bergantung dan meminta pertolongan.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