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Membaca dan Memahami Surah Al-Kafirun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Surah Al-Kafirun dengan tartil dan makhraj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hafalan Surah Al-Kafirun ayat 1-6 dengan lancar.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pesan pokok Surah Al-Kafirun tentang kemurnian aqidah dan toleransi.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tartil, menulis ayat, menghafal, dan memahami pesan pokok Surah Al-Kafirun tentang keteguhan aqidah dan batasan toleransi beragama.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dan Menghafal Surah Al-Kafirun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ayat 1-6 dengan makhraj huruf dan hukum tajwid yang tepat serta menghafalnya.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Menulis Huruf Hijaiyah Bersambung Surah Al-Kafirun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Menyalin penggalan ayat Al-Qur'an dengan kaidah penulisan khat yang rapi.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Memahami Pesan Pokok dan Batasan Toleransi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Mengamalkan keteguhan beribadah tanpa mencampuradukkan ritual agama lain.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Surah Al-Kafirun terdiri atas ... ayat.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 ayat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 ayat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 ayat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 ayat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Surah Al-Kafirun memuat total 6 ayat yang diturunkan di kota Makkah.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Arti dari ayat terakhir Surah Al-Kafirun (Lakum diinukum wa liya diin)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Katakanlah: Wahai orang-orang kafir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Aku tidak akan menyembah apa yang kamu sembah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Untukmu agamamu, dan untukkulah agamaku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Dan kamu bukan penyembah Tuhan yang aku sembah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Ayat ke-6 berbunyi 'Lakum diinukum wa liya diin' artinya 'Untukmu agamamu, dan untukkulah agamaku'.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Pesan pokok yang terkandung di dalam Surah Al-Kafirun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Perintah membayar zakat fitrah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Keteguhan dalam menjaga aqidah Islam dan larangan mencampuradukkan peribadatan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Kisah perjalanan isra mikraj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Tata cara berwudu yang sah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Surah Al-Kafirun menjadi pedoman tegas dalam menjaga kemurnian tauhid dan batas toleransi.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Sikap seorang muslim yang benar sesuai Surah Al-Kafirun ketika diajak mengikuti ritual peribadatan agama lain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Menolaknya dengan santun dan tetap berteguh pada ibadah Islam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Mengikutinya karena takut dimusuhi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Memarahi dan mencela teman tersebut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Memaksa teman tersebut masuk Islam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Menolak secara santun menjaga kemurnian aqidah pribadi sekaligus memelihara perdamaian pertemanan.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Hukum bacaan mad thabi'i pada kalimat 'Qul yaa ayyuhal kaafiruun' dibaca panjang sebanyak...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 harakat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 harakat (1 alif)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 harakat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Cepat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Mad thabi'i (asli) dibaca panjang setara dengan 2 harakat atau 1 ayunan alif.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Membaca dan Memahami Surah Al-Kafirun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dan Menghafal Surah Al-Kafirun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ayat 1-6 dengan makhraj huruf dan hukum tajwid yang tepat serta menghafalnya.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Menulis Huruf Hijaiyah Bersambung Surah Al-Kafirun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Menyalin penggalan ayat Al-Qur'an dengan kaidah penulisan khat yang rapi.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Memahami Pesan Pokok dan Batasan Toleransi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Mengamalkan keteguhan beribadah tanpa mencampuradukkan ritual agama lain.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Surah Al-Kafirun adalah surah ke-109 dalam Al-Qur'an yang terdiri atas 6 ayat dan tergolong surah Makkiyyah. Surah ini mengajarkan prinsip keteguhan iman dalam menyembah Allah semata.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Pesan pokok Surah Al-Kafirun menegaskan bahwa dalam urusan keyakinan dan peribadatan (aqidah), tidak ada kompromi atau campur aduk keyakinan ('Untukmu agamamu, dan untukkulah agamaku').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Meskipun berpegang teguh pada keyakinan Islam, umat Islam diajarkan untuk tetap bersikap santun, hidup berdampingan secara damai, dan tidak memusuhi pemeluk agama lain dalam urusan kemasyarakatan.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Al-Kafirun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surah ke-109 dalam Al-Qur'an yang berarti 'Orang-orang Kafir'.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Tartil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Membaca Al-Qur'an secara perlahan, tenang, jelas hurufnya, dan mematuhi kaidah tajwid.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Aqidah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Pokok keyakinan atau keimanan hati seorang muslim yang teguh kepada Allah SWT.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Makkiyyah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Surah-surah Al-Qur'an yang diturunkan kepada Nabi Muhammad SAW sebelum beliau berhijrah ke Madinah.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