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Indahnya Sikap Damai dan Toleran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arti dan keutamaan mengucap salam dalam kehidupan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adab hidup bertetangga yang baik menurut ajaran Islam.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menghindari perbuatan mengolok-olok teman dan mempraktikkan sikap hidup rukun damai.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penguatan moderasi beragama, menjalin kerukunan hidup bertetangga, menghindari sikap suka mengolok-olok, dan menebarkan salam perdamaian.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Makna Salam dan Menebarkan Perdamaian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mengucap dan menjawab salam sebagai doa keselamatan bagi sesama muslim dan sesama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Adab Bertetangga yang Baik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Menunjukkan perilaku saling menghormati dan berbagi kebaikan dengan tetangga dekat rumah.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Larangan Mengolok-olok dan Menghina Teman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Menghindari panggilan julukan buruk dan menjaga lisan dari perkataan yang menyakiti hati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Arti dari kalimat salam 'Assalamu'alaikum' yang kita ucapkan kepada sesama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Semoga engkau cepat kaya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Semoga keselamatan tercurah kepadamu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Sampai berjumpa lagi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Selamat pagi semuanya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Assalamu'alaikum adalah doa mulia yang bermakna 'Semoga keselamatan tercurah atasmu'.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Hukum menjawab ucapan salam yang disampaikan oleh teman muslim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Wajib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Makruh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Haram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Mubah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Memulai salam adalah sunah muakkad, sedangkan menjawab salam hukumnya adalah wajib (fardhu).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yang baik ketika tetangga kita sedang mengalami musibah sakit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Menjenguk dan mendoakan kesembuhannya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Memutar musik keras di dekat rumahnya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Membicarakan penyakitnya kepada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Mengabaikannya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Menjenguk dan mendoakan kesembuhan tetangga merupakan hak dan kewajiban bertetangga dalam Islam.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Memberi julukan buruk atau mengejek bentuk tubuh teman dalam ajaran Islam hukumnya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Boleh jika bercanda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Sangat dianjurkan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Dilarang dan berdosa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Mendapat pahala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Allah SWT dalam Surah Al-Hujurat ayat 11 melarang keras kaum beriman saling mengolok-olok dan memanggil dengan julukan buruk.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dari gemar menebarkan salam dan bersikap ramah kepada semua orang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Dijauhi oleh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Menumbuhkan rasa saling mencintai dan damai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Menimbulkan permusuhan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Cepat merasa lelah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Nabi SAW bersabda bahwa menebarkan salam akan menumbuhkan rasa saling mencintai dan merekatkan persaudaraan.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7: Indahnya Sikap Damai dan Toleran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Makna Salam dan Menebarkan Perdamaian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mengucap dan menjawab salam sebagai doa keselamatan bagi sesama muslim dan sesama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Adab Bertetangga yang Baik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Menunjukkan perilaku saling menghormati dan berbagi kebaikan dengan tetangga dekat rumah.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Larangan Mengolok-olok dan Menghina Teman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Menghindari panggilan julukan buruk dan menjaga lisan dari perkataan yang menyakiti hati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Islam adalah agama rahmatan lil 'alamin (rahmat bagi seluruh alam semesta) yang mengajarkan cinta damai, persaudaraan, dan toleransi. Bab 7 membimbing peserta didik untuk selalu menebarkan salam ('Assalamu'alaikum warahmatullahi wabarakatuh') yang bermakna mendoakan keselamatan, rahmat, dan berkah.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hak-hak tetangga dalam Islam: saling menyapa dengan senyum ramah, berbagi makanan jika memasak lebih, menjenguk saat tetangga sakit, dan tidak mengganggu ketenangan dengan suara berisik.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Ajaran Al-Qur'an (Surah Al-Hujurat) tentang larangan mengolok-olok, mengejek, atau memanggil teman dengan sebutan buruk ditanamkan sejak dini agar tercipta lingkungan sekolah yang bebas perundungan (bullying) dan penuh kasih sayang.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Rahmatan lil 'Alamin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Rahmat, kedamaian, dan kasih sayang bagi seluruh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Ucapan doa keselamatan dan kesejahteraan (Assalamu'alaikum).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Tasamuha (Toleransi)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menghormati, tenggang rasa, dan membiarkan orang lain beribadah dengan tenang.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Ghibah / Mengolok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Perilaku tercela membicarakan keburukan atau mengejek kekurangan orang lain.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