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Senangnya Salat Berjamaah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keutamaan dan pahala salat fardhu berjamaah.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posisi imam dan makmum serta mempraktikkan adab merapatkan saf salat.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melafalkan seruan azan dan ikamah dengan nada yang tartil.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keutamaan salat fardhu berjamaah, adab imam dan makmum, meluruskan saf, serta pengenalan panggilan azan dan ikamah.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Keutamaan Salat Berjamaah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Mengetahui keistimewaan pahala 27 derajat dan manfaat persaudaraan sesama muslim dalam salat berjamaah.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Tata Cara Imam dan Makmum Meluruskan Saf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Mempelajari aturan makmum mengikuti gerakan imam dan tidak mendahului imam.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Mengenal Lafal Azan dan Ikamah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Mendengarkan, melafalkan, dan menjawab seruan azan serta ikamah secara tertib.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Pahala mendirikan salat secara berjamaah dilipatgandakan oleh Allah SWT sebanyak ... derajat dibandingkan salat sendirian.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17 derajat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27 derajat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37 derajat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70 derajat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Rasulullah SAW bersabda bahwa salat berjamaah lebih utama 27 derajat dibanding salat sendirian.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Orang yang memimpin jalannya salat berjamaah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Makmum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Muazin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Imam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Khatib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Imam adalah sebutan bagi pemimpin salat yang wajib diikuti oleh makmum.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Kewajiban seorang makmum saat salat berjamaah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Bergerak mendahului imam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Mengikuti gerakan salat setelah imam bergerak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Mengobrol di belakang imam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Membaca dengan suara keras mengalahkan imam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Makmum wajib mengikuti imam dan dilarang mendahului gerakan imam.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Lafal seruan yang dikumandangkan sebagai tanda salat berjamaah akan segera dimulai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Azan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Ikamah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Takbiran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Tahlilan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Ikamah diserukan tepat sebelum imam memulai takbiratul ihram salat berjamaah.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Perintah imam 'Sawwuu shufuufakum' sebelum salat dimulai memiliki arti...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Duduklah yang rapi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Luruskan dan rapatkan saf barisan kalian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Bacalah Al-Fatihah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Bersedekahlah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Meluruskan dan merapatkan saf merupakan kesempurnaan dalam salat berjamaah.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5: Senangnya Salat Berjamaah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Keutamaan Salat Berjamaah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Mengetahui keistimewaan pahala 27 derajat dan manfaat persaudaraan sesama muslim dalam salat berjamaah.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Tata Cara Imam dan Makmum Meluruskan Saf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Mempelajari aturan makmum mengikuti gerakan imam dan tidak mendahului imam.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Mengenal Lafal Azan dan Ikamah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Mendengarkan, melafalkan, dan menjawab seruan azan serta ikamah secara tertib.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Salat berjamaah memiliki pahala 27 derajat lebih tinggi dibandingkan salat sendirian (munfarid). Bab 5 mengenalkan keutamaan, tata tertib, dan kebersamaan ibadah salat fardhu berjamaah di masjid maupun di musala sekolah.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ketentuan posisi imam (pemimpin salat yang berdiri di depan) dan makmum (orang yang mengikuti gerakan imam di belakang). Mereka diajarkan adab meluruskan dan merapatkan barisan (saf).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Selain itu, peserta didik dikenalkan pada lafal seruan azan sebagai panggilan waktu salat telah tiba dan ikamah sebagai tanda salat berjamaah akan segera dimulai.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Berjamaah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yang dikerjakan secara bersama-sama oleh minimal dua orang (satu imam dan satu makmum).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Imam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Pemimpin salat berjamaah yang berdiri paling depan dan diikuti gerakannya oleh makmum.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Makmum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Peserta salat berjamaah yang berdiri di belakang imam dan mengikuti seluruh gerakan imam.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Barisan lurus dan rapat para makmum saat mendirikan salat berjamaah.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