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Mengenal Asmaul Husna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melafalkan dan mengartikan Asmaul Husna Al-Hafizh dan Al-Waliy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bukti bahwa Allah SWT bersifat Al-Hafizh dan Al-Waliy dalam kehidupan alam semesta.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meneladani sifat Al-Hafizh dan Al-Waliy dengan merawat barang pribadi dan melindungi teman.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keagungan nama-nama indah Allah SWT (Al-Hafizh dan Al-Waliy) serta meneladani perilaku memelihara dan melindungi sesama.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Makna Asmaul Husna Al-Hafizh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arti Al-Hafizh (Maha Memelihara) dan bukti kebesaran Allah memelihara alam semesta.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Makna Asmaul Husna Al-Waliy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arti Al-Waliy (Maha Melindungi/Maha Menolong) bagi hamba-hamba-Nya yang beriman.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Sifat Al-Hafizh dan Al-Waliy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menjaga barang titipan dan melindungi teman dari perundungan.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Nama Allah SWT yang memiliki arti 'Maha Memelihara'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Al-Malik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Al-Hafizh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Al-Waliy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Al-Quddus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Al-Hafizh artinya Yang Maha Memelihara dan Menjaga seluruh alam semesta.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Nama Allah SWT 'Al-Waliy' memiliki arti...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Maha Pengasih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Maha Mengetahui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Maha Melindungi / Menolong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Maha Melihat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Al-Waliy artinya Yang Maha Melindungi dan Mengayomi orang-orang yang beriman.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perbuatan seorang murid dalam meneladani sifat Al-Hafizh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Merawat buku pelajaran dan menjaga kebersihan 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Merusak fasilitas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Mengabaikan tugas guru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Menghilangkan pensil teman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Menjaga barang milik pribadi dan merawat kebersihan adalah cerminan sifat memelihara (Al-Hafizh).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perilaku meneladani sifat Al-Waliy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Mengejek teman yang lemah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Melindungi dan menolong teman yang sedang kesusahan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Mengambil mainan adik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Menyembunyikan sepatu teman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Sifat Al-Waliy (Melindungi) diteladani dengan membela dan menolong teman yang membutuhkan perlindungan.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Jumlah keseluruhan Asmaul Husna milik Allah SWT yang wajib kita imani 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Asmaul Husna yang disebutkan dalam hadis sahih berjumlah 99 nama yang indah.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Mengenal Asmaul Husna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Makna Asmaul Husna Al-Hafizh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arti Al-Hafizh (Maha Memelihara) dan bukti kebesaran Allah memelihara alam semesta.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Makna Asmaul Husna Al-Waliy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arti Al-Waliy (Maha Melindungi/Maha Menolong) bagi hamba-hamba-Nya yang beriman.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Sifat Al-Hafizh dan Al-Waliy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menjaga barang titipan dan melindungi teman dari perundungan.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Asmaul Husna adalah nama-nama Allah SWT yang agung, indah, dan sempurna. Pada bab ini, peserta didik diajak mengenal dan merenungkan dua sifat keagungan Allah, yaitu Al-Hafizh (Maha Memelihara) dan Al-Waliy (Maha Melindungi).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pengamatan ciptaan alam semesta (keteraturan matahari, bulan, pergantian siang-malam, dan rezeki makhluk hidup), peserta didik memahami bahwa Allah SWT senantiasa memelihara dan mengawasi seluruh makhluk-Nya tanpa pernah lalai.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Peneladanan akhlak ditekankan pada perilaku nyata peserta didik: meneladani Al-Hafizh dengan menjaga amanah, merawat tubuh, dan memelihara kebersihan lingkungan; serta meneladani Al-Waliy dengan gemar menolong teman yang membutuhkan pertolongan.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Asmaul Husna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Nama-nama Allah SWT yang terbaik dan agung berjumlah 99 nama.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Al-Hafizh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SWT yang bermakna Maha Memelihara, Menjaga, dan Mengawasi seluruh ciptaan-Nya.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Al-Waliy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SWT yang bermakna Maha Melindungi, Mengayomi, dan Menolong hamba-Nya.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Amanah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sesuatu yang dipercayakan kepada seseorang untuk dijaga dan dilaksanakan dengan jujur.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