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Ayo Belajar Al-Qur'an (Surah An-Nas)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melafalkan Surah An-Nas ayat 1-6 dengan fasih sesuai makharijul huruf.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menghafal Surah An-Nas ayat 1-6 dengan lancar dan tartil.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pesan pokok Surah An-Nas tentang memohon perlindungan kepada Allah SWT.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melafalkan dan menghafal Surah An-Nas dengan makharijul huruf yang tepat serta memahami pesan memohon perlindungan kepada Allah SWT.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Surah An-Nas dengan Makhraj Benar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ayat 1 sampai 6 Surah An-Nas secara tartil dan jelas huruf per hurufnya.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Menghafal Surah An-Nas Ayat per Ayat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Surah An-Nas secara mandiri maupun bergantian bersama teman sebangku.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Pesan Pokok Perlindungan kepada Allah SWT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makna meminta pertolongan hanya kepada Allah dari bisikan jahat jin dan manusia.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Surah An-Nas terdiri dari ... ayat.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 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 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 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 ayat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Surah An-Nas terdiri dari 6 ayat dan merupakan surah penutup dalam mushaf Al-Qur'an.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Arti dari kata 'An-Nas' dalam bahasa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Waktu Subuh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Pembukaan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Pertolongan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An-Nas artinya 'Manusia'.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Ayat pertama Surah An-Nas berbunyi...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Malikin-nas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Qul a'uudzu birabbin-naas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Ilaahin-nas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Min syarril waswaasil khannaas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Ayat 1 Surah An-Nas adalah 'Qul a'uudzu birabbin-naas' (Katakanlah: Aku berlindung kepada Tuhannya manusia).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Pesan pokok yang terkandung di dalam Surah An-Nas mengajarkan kita untuk selalu memohon perlindungan hanya kepada...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Dukun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Pohon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Allah SWT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Patung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Surah An-Nas menegaskan bahwa satu-satunya tempat berlindung dari segala kejahatan adalah Allah SWT.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Waktu yang sangat dianjurkan oleh Rasulullah SAW untuk membaca Surah An-Nas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Sebelum tidur malam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Saat sedang makan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Saat berbicara dengan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Saat sedang berlari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Membaca Surah An-Nas, Al-Falaq, dan Al-Ikhlas sebelum tidur merupakan sunah Nabi SAW sebagai doa perlindungan.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Ayo Belajar Al-Qur'an (Surah An-Nas)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Surah An-Nas dengan Makhraj Benar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ayat 1 sampai 6 Surah An-Nas secara tartil dan jelas huruf per hurufnya.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Menghafal Surah An-Nas Ayat per Ayat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Surah An-Nas secara mandiri maupun bergantian bersama teman sebangku.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Pesan Pokok Perlindungan kepada Allah SWT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makna meminta pertolongan hanya kepada Allah dari bisikan jahat jin dan manusia.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Al-Qur'an adalah kitab suci umat Islam yang menjadi pedoman hidup keselamatan dunia dan akhirat. Bab 1 memandu peserta didik kelas 2 untuk membaca dan menghafal Surah An-Nas (surah ke-114 yang terdiri dari 6 ayat) dengan kaidah tajwid dan makhraj yang benar.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memahami kandungan makna Surah An-Nas, yaitu bahwa manusia diwajibkan hanya memohon perlindungan kepada Allah SWT, Tuhan dan Raja seluruh manusia, dari segala bisikan kejahatan setan yang bersembunyi di dalam dada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membiasakan peserta didik untuk rutin membaca Surah An-Nas sebelum tidur dan sebelum bepergian agar senantiasa dalam penjagaan Allah SWT serta menumbuhkan rasa tenang di dalam hati.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Surah An-Nas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 ke-114 dalam Al-Qur'an yang berarti 'Manusia' dan terdiri atas 6 ayat.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Makharijul Huruf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Tempat-tempat keluarnya huruf hijaiyah saat diucapkan dengan benar.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Al-Mu'awwidzatain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surah perlindungan dalam Al-Qur'an, yaitu Surah Al-Falaq dan Surah An-Nas.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Was-was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Bisikan keraguan atau godaan jahat yang disusupkan setan ke dalam hati manusia.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