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Rahmat Islam bagi Nusantara dan Peradaban Dunia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Rahmat Islam bagi Nusantara dan Peradaban Dunia dalam konteks operasional kejuruan secara komprehensif.</w:t>
      </w:r>
    </w:p>
    <w:p>
      <w:pPr>
        <w:pStyle w:val="ListNumber"/>
      </w:pPr>
      <w:r>
        <w:rPr>
          <w:rFonts w:ascii="Calibri" w:hAnsi="Calibri"/>
          <w:b w:val="0"/>
          <w:i w:val="0"/>
          <w:color w:val="000000"/>
          <w:sz w:val="19"/>
        </w:rPr>
        <w:t>Menerapkan prosedur kerja dan teknik pemecahan masalah terkait Rahmat Islam bagi Nusantara dan Peradaban Dunia secara mandiri dan presisi.</w:t>
      </w:r>
    </w:p>
    <w:p>
      <w:pPr>
        <w:pStyle w:val="ListNumber"/>
      </w:pPr>
      <w:r>
        <w:rPr>
          <w:rFonts w:ascii="Calibri" w:hAnsi="Calibri"/>
          <w:b w:val="0"/>
          <w:i w:val="0"/>
          <w:color w:val="000000"/>
          <w:sz w:val="19"/>
        </w:rPr>
        <w:t>Mengevaluasi hasil kerja, kepatuhan SOP, dan keselamatan kerja (K3) pada aktivitas pembelajaran Rahmat Islam bagi Nusantara dan Peradaban Dunia.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Sumbangan ilmuwan muslim dalam sains medis, matematika, dan navigasi pelayaran dunia, serta teladan bagi inovator masa depan.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Rahmat Islam bagi Nusantara dan Peradaban Dunia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Rahmat Islam bagi Nusantara dan Peradaban Dunia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Rahmat Islam bagi Nusantara dan Peradaban Dunia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Rahmat Islam bagi Nusantara dan Peradaban Dunia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Rahmat Islam bagi Nusantara dan Peradaban Dunia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Rahmat Islam bagi Nusantara dan Peradaban Dunia?</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Rahmat Islam bagi Nusantara dan Peradaban Dunia.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Rahmat Islam bagi Nusantara dan Peradaban Dunia?</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Rahmat Islam bagi Nusantara dan Peradaban Dunia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Pendidikan Agama Islam dan Budi Pekerti • Bab 4: Rahmat Islam bagi Nusantara dan Peradaban Dunia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Rahmat Islam bagi Nusantara dan Peradaban Dunia</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Rahmat Islam bagi Nusantara dan Peradaban Dunia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Rahmat Islam bagi Nusantara dan Peradaban Dunia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Rahmat Islam bagi Nusantara dan Peradaban Dunia pada jenjang SMK Kelas 12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Rahmat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Rahmat Islam bagi Nusantara dan Peradaban Dunia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Islam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bagi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12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