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Kewarisan dalam Islam dan Keadilan Harta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Kewarisan dalam Islam dan Keadilan Harta dalam konteks operasional kejuruan secara komprehensif.</w:t>
      </w:r>
    </w:p>
    <w:p>
      <w:pPr>
        <w:pStyle w:val="ListNumber"/>
      </w:pPr>
      <w:r>
        <w:rPr>
          <w:rFonts w:ascii="Calibri" w:hAnsi="Calibri"/>
          <w:b w:val="0"/>
          <w:i w:val="0"/>
          <w:color w:val="000000"/>
          <w:sz w:val="19"/>
        </w:rPr>
        <w:t>Menerapkan prosedur kerja dan teknik pemecahan masalah terkait Kewarisan dalam Islam dan Keadilan Harta secara mandiri dan presisi.</w:t>
      </w:r>
    </w:p>
    <w:p>
      <w:pPr>
        <w:pStyle w:val="ListNumber"/>
      </w:pPr>
      <w:r>
        <w:rPr>
          <w:rFonts w:ascii="Calibri" w:hAnsi="Calibri"/>
          <w:b w:val="0"/>
          <w:i w:val="0"/>
          <w:color w:val="000000"/>
          <w:sz w:val="19"/>
        </w:rPr>
        <w:t>Mengevaluasi hasil kerja, kepatuhan SOP, dan keselamatan kerja (K3) pada aktivitas pembelajaran Kewarisan dalam Islam dan Keadilan Harta.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Asas hukum waris Islam (faraidh), penentuan ahli waris dan porsinya, serta penyelesaian pembagian harta secara adil dan damai.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Kewarisan dalam Islam dan Keadilan Harta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Kewarisan dalam Islam dan Keadilan Harta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Kewarisan dalam Islam dan Keadilan Harta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Kewarisan dalam Islam dan Keadilan Harta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Kewarisan dalam Islam dan Keadilan Harta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Kewarisan dalam Islam dan Keadilan Harta?</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Kewarisan dalam Islam dan Keadilan Harta.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Kewarisan dalam Islam dan Keadilan Harta?</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Kewarisan dalam Islam dan Keadilan Harta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Pendidikan Agama Islam dan Budi Pekerti • Bab 3: Kewarisan dalam Islam dan Keadilan Harta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Kewarisan dalam Islam dan Keadilan Harta</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Kewarisan dalam Islam dan Keadilan Harta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Kewarisan dalam Islam dan Keadilan Harta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Kewarisan dalam Islam dan Keadilan Harta pada jenjang SMK Kelas 12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Kewarisan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Kewarisan dalam Islam dan Keadilan Harta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dalam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Islam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12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