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Sabar dalam Menghadapi Ujian dan Menghargai Waktu Kerja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Sabar dalam Menghadapi Ujian dan Menghargai Waktu Kerja dalam konteks operasional kejuruan secara komprehensif.</w:t>
      </w:r>
    </w:p>
    <w:p>
      <w:pPr>
        <w:pStyle w:val="ListNumber"/>
      </w:pPr>
      <w:r>
        <w:rPr>
          <w:rFonts w:ascii="Calibri" w:hAnsi="Calibri"/>
          <w:b w:val="0"/>
          <w:i w:val="0"/>
          <w:color w:val="000000"/>
          <w:sz w:val="19"/>
        </w:rPr>
        <w:t>Menerapkan prosedur kerja dan teknik pemecahan masalah terkait Sabar dalam Menghadapi Ujian dan Menghargai Waktu Kerja secara mandiri dan presisi.</w:t>
      </w:r>
    </w:p>
    <w:p>
      <w:pPr>
        <w:pStyle w:val="ListNumber"/>
      </w:pPr>
      <w:r>
        <w:rPr>
          <w:rFonts w:ascii="Calibri" w:hAnsi="Calibri"/>
          <w:b w:val="0"/>
          <w:i w:val="0"/>
          <w:color w:val="000000"/>
          <w:sz w:val="19"/>
        </w:rPr>
        <w:t>Mengevaluasi hasil kerja, kepatuhan SOP, dan keselamatan kerja (K3) pada aktivitas pembelajaran Sabar dalam Menghadapi Ujian dan Menghargai Waktu Kerja.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Kajian Q.S. Al-Baqarah ayat 155-156, menumbuhkan ketabahan menghadapi kegagalan proyek kerja, serta disiplin memanfaatkan waktu.</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Sabar dalam Menghadapi Ujian dan Menghargai Waktu Kerja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Sabar dalam Menghadapi Ujian dan Menghargai Waktu Kerja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Sabar dalam Menghadapi Ujian dan Menghargai Waktu Kerja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Sabar dalam Menghadapi Ujian dan Menghargai Waktu Kerja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Sabar dalam Menghadapi Ujian dan Menghargai Waktu Kerja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Sabar dalam Menghadapi Ujian dan Menghargai Waktu Kerja?</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Sabar dalam Menghadapi Ujian dan Menghargai Waktu Kerja.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Sabar dalam Menghadapi Ujian dan Menghargai Waktu Kerja?</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Sabar dalam Menghadapi Ujian dan Menghargai Waktu Kerja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Pendidikan Agama Islam dan Budi Pekerti • Bab 1: Sabar dalam Menghadapi Ujian dan Menghargai Waktu Kerja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Sabar dalam Menghadapi Ujian dan Menghargai Waktu Kerja</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Sabar dalam Menghadapi Ujian dan Menghargai Waktu Kerja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Sabar dalam Menghadapi Ujian dan Menghargai Waktu Kerja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Sabar dalam Menghadapi Ujian dan Menghargai Waktu Kerja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Sabar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Sabar dalam Menghadapi Ujian dan Menghargai Waktu Kerja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dalam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Menghadapi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