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Prinsip Islam dalam Menguatkan Toleransi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Prinsip Islam dalam Menguatkan Toleransi dalam konteks operasional kejuruan secara komprehensif.</w:t>
      </w:r>
    </w:p>
    <w:p>
      <w:pPr>
        <w:pStyle w:val="ListNumber"/>
      </w:pPr>
      <w:r>
        <w:rPr>
          <w:rFonts w:ascii="Calibri" w:hAnsi="Calibri"/>
          <w:b w:val="0"/>
          <w:i w:val="0"/>
          <w:color w:val="000000"/>
          <w:sz w:val="19"/>
        </w:rPr>
        <w:t>Menerapkan prosedur kerja dan teknik pemecahan masalah terkait Prinsip Islam dalam Menguatkan Toleransi secara mandiri dan presisi.</w:t>
      </w:r>
    </w:p>
    <w:p>
      <w:pPr>
        <w:pStyle w:val="ListNumber"/>
      </w:pPr>
      <w:r>
        <w:rPr>
          <w:rFonts w:ascii="Calibri" w:hAnsi="Calibri"/>
          <w:b w:val="0"/>
          <w:i w:val="0"/>
          <w:color w:val="000000"/>
          <w:sz w:val="19"/>
        </w:rPr>
        <w:t>Mengevaluasi hasil kerja, kepatuhan SOP, dan keselamatan kerja (K3) pada aktivitas pembelajaran Prinsip Islam dalam Menguatkan Toleransi.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Kajian Q.S. Al-Kafirun dan Q.S. Yunus ayat 40-41, sikap menghormati perbedaan keyakinan, dan kerukunan umat beragama di tempat kerja.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Prinsip Islam dalam Menguatkan Toleransi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Prinsip Islam dalam Menguatkan Toleransi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Prinsip Islam dalam Menguatkan Toleransi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Prinsip Islam dalam Menguatkan Toleransi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Prinsip Islam dalam Menguatkan Toleransi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Prinsip Islam dalam Menguatkan Toleransi?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Prinsip Islam dalam Menguatkan Toleransi.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Prinsip Islam dalam Menguatkan Toleransi?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Prinsip Islam dalam Menguatkan Toleransi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5: Prinsip Islam dalam Menguatkan Toleransi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Prinsip Islam dalam Menguatkan Toleransi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Prinsip Islam dalam Menguatkan Toleransi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Prinsip Islam dalam Menguatkan Toleransi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Prinsip Islam dalam Menguatkan Toleransi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Prinsip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Prinsip Islam dalam Menguatkan Toleransi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