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Menebarkan Kebaikan dengan Dakwah dan Tabligh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Menebarkan Kebaikan dengan Dakwah dan Tabligh dalam konteks operasional kejuruan secara komprehensif.</w:t>
      </w:r>
    </w:p>
    <w:p>
      <w:pPr>
        <w:pStyle w:val="ListNumber"/>
      </w:pPr>
      <w:r>
        <w:rPr>
          <w:rFonts w:ascii="Calibri" w:hAnsi="Calibri"/>
          <w:b w:val="0"/>
          <w:i w:val="0"/>
          <w:color w:val="000000"/>
          <w:sz w:val="19"/>
        </w:rPr>
        <w:t>Menerapkan prosedur kerja dan teknik pemecahan masalah terkait Menebarkan Kebaikan dengan Dakwah dan Tabligh secara mandiri dan presisi.</w:t>
      </w:r>
    </w:p>
    <w:p>
      <w:pPr>
        <w:pStyle w:val="ListNumber"/>
      </w:pPr>
      <w:r>
        <w:rPr>
          <w:rFonts w:ascii="Calibri" w:hAnsi="Calibri"/>
          <w:b w:val="0"/>
          <w:i w:val="0"/>
          <w:color w:val="000000"/>
          <w:sz w:val="19"/>
        </w:rPr>
        <w:t>Mengevaluasi hasil kerja, kepatuhan SOP, dan keselamatan kerja (K3) pada aktivitas pembelajaran Menebarkan Kebaikan dengan Dakwah dan Tabligh.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Tata cara khutbah, tabligh, dan dakwah bil hal (keteladanan perbuatan), serta adab menyampaikan kebenaran dengan hikmah.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Menebarkan Kebaikan dengan Dakwah dan Tabligh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Menebarkan Kebaikan dengan Dakwah dan Tabligh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Menebarkan Kebaikan dengan Dakwah dan Tabligh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Menebarkan Kebaikan dengan Dakwah dan Tabligh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Menebarkan Kebaikan dengan Dakwah dan Tabligh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Menebarkan Kebaikan dengan Dakwah dan Tabligh?</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Menebarkan Kebaikan dengan Dakwah dan Tabligh.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Menebarkan Kebaikan dengan Dakwah dan Tabligh?</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Menebarkan Kebaikan dengan Dakwah dan Tabligh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4: Menebarkan Kebaikan dengan Dakwah dan Tabligh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Menebarkan Kebaikan dengan Dakwah dan Tabligh</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Menebarkan Kebaikan dengan Dakwah dan Tabligh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Menebarkan Kebaikan dengan Dakwah dan Tabligh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Menebarkan Kebaikan dengan Dakwah dan Tabligh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Menebarkan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Menebarkan Kebaikan dengan Dakwah dan Tabligh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Kebaikan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