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Menghindari Perkelahian Pelajar dan Penyalahgunaan Narkoba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Menghindari Perkelahian Pelajar dan Penyalahgunaan Narkoba dalam konteks operasional kejuruan secara komprehensif.</w:t>
      </w:r>
    </w:p>
    <w:p>
      <w:pPr>
        <w:pStyle w:val="ListNumber"/>
      </w:pPr>
      <w:r>
        <w:rPr>
          <w:rFonts w:ascii="Calibri" w:hAnsi="Calibri"/>
          <w:b w:val="0"/>
          <w:i w:val="0"/>
          <w:color w:val="000000"/>
          <w:sz w:val="19"/>
        </w:rPr>
        <w:t>Menerapkan prosedur kerja dan teknik pemecahan masalah terkait Menghindari Perkelahian Pelajar dan Penyalahgunaan Narkoba secara mandiri dan presisi.</w:t>
      </w:r>
    </w:p>
    <w:p>
      <w:pPr>
        <w:pStyle w:val="ListNumber"/>
      </w:pPr>
      <w:r>
        <w:rPr>
          <w:rFonts w:ascii="Calibri" w:hAnsi="Calibri"/>
          <w:b w:val="0"/>
          <w:i w:val="0"/>
          <w:color w:val="000000"/>
          <w:sz w:val="19"/>
        </w:rPr>
        <w:t>Mengevaluasi hasil kerja, kepatuhan SOP, dan keselamatan kerja (K3) pada aktivitas pembelajaran Menghindari Perkelahian Pelajar dan Penyalahgunaan Narkoba.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Bahaya tawuran antarpelajar, zat adiktif perusak akal, dan strategi membangun solidaritas pemuda yang produktif.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Menghindari Perkelahian Pelajar dan Penyalahgunaan Narkoba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Menghindari Perkelahian Pelajar dan Penyalahgunaan Narkoba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Menghindari Perkelahian Pelajar dan Penyalahgunaan Narkoba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Menghindari Perkelahian Pelajar dan Penyalahgunaan Narkoba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Menghindari Perkelahian Pelajar dan Penyalahgunaan Narkoba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Menghindari Perkelahian Pelajar dan Penyalahgunaan Narkoba?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Menghindari Perkelahian Pelajar dan Penyalahgunaan Narkoba.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Menghindari Perkelahian Pelajar dan Penyalahgunaan Narkoba?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Menghindari Perkelahian Pelajar dan Penyalahgunaan Narkoba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3: Menghindari Perkelahian Pelajar dan Penyalahgunaan Narkoba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Menghindari Perkelahian Pelajar dan Penyalahgunaan Narkoba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Menghindari Perkelahian Pelajar dan Penyalahgunaan Narkoba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Menghindari Perkelahian Pelajar dan Penyalahgunaan Narkoba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Menghindari Perkelahian Pelajar dan Penyalahgunaan Narkoba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Menghindari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Menghindari Perkelahian Pelajar dan Penyalahgunaan Narkoba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Perkelahian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Pelajar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