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Membiasakan Berpikir Kritis dan Mencintai Iptek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Membiasakan Berpikir Kritis dan Mencintai Iptek dalam konteks operasional kejuruan secara komprehensif.</w:t>
      </w:r>
    </w:p>
    <w:p>
      <w:pPr>
        <w:pStyle w:val="ListNumber"/>
      </w:pPr>
      <w:r>
        <w:rPr>
          <w:rFonts w:ascii="Calibri" w:hAnsi="Calibri"/>
          <w:b w:val="0"/>
          <w:i w:val="0"/>
          <w:color w:val="000000"/>
          <w:sz w:val="19"/>
        </w:rPr>
        <w:t>Menerapkan prosedur kerja dan teknik pemecahan masalah terkait Membiasakan Berpikir Kritis dan Mencintai Iptek secara mandiri dan presisi.</w:t>
      </w:r>
    </w:p>
    <w:p>
      <w:pPr>
        <w:pStyle w:val="ListNumber"/>
      </w:pPr>
      <w:r>
        <w:rPr>
          <w:rFonts w:ascii="Calibri" w:hAnsi="Calibri"/>
          <w:b w:val="0"/>
          <w:i w:val="0"/>
          <w:color w:val="000000"/>
          <w:sz w:val="19"/>
        </w:rPr>
        <w:t>Mengevaluasi hasil kerja, kepatuhan SOP, dan keselamatan kerja (K3) pada aktivitas pembelajaran Membiasakan Berpikir Kritis dan Mencintai Iptek.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Ar-Rahman ayat 33, integrasi iman dan penguasaan sains teknologi kejuruan untuk kemaslahatan umat manusia.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Membiasakan Berpikir Kritis dan Mencintai Iptek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Membiasakan Berpikir Kritis dan Mencintai Iptek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Membiasakan Berpikir Kritis dan Mencintai Iptek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Membiasakan Berpikir Kritis dan Mencintai Iptek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Membiasakan Berpikir Kritis dan Mencintai Iptek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Membiasakan Berpikir Kritis dan Mencintai Iptek?</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Membiasakan Berpikir Kritis dan Mencintai Iptek.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Membiasakan Berpikir Kritis dan Mencintai Iptek?</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Membiasakan Berpikir Kritis dan Mencintai Iptek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1: Membiasakan Berpikir Kritis dan Mencintai Iptek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Membiasakan Berpikir Kritis dan Mencintai Iptek</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Membiasakan Berpikir Kritis dan Mencintai Iptek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Membiasakan Berpikir Kritis dan Mencintai Iptek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Membiasakan Berpikir Kritis dan Mencintai Iptek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Membiasakan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Membiasakan Berpikir Kritis dan Mencintai Iptek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Berpikir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