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Menjaga Martabat Manusia dengan Menjauhi Pergaulan Bebas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Menjaga Martabat Manusia dengan Menjauhi Pergaulan Bebas dalam konteks operasional kejuruan secara komprehensif.</w:t>
      </w:r>
    </w:p>
    <w:p>
      <w:pPr>
        <w:pStyle w:val="ListNumber"/>
      </w:pPr>
      <w:r>
        <w:rPr>
          <w:rFonts w:ascii="Calibri" w:hAnsi="Calibri"/>
          <w:b w:val="0"/>
          <w:i w:val="0"/>
          <w:color w:val="000000"/>
          <w:sz w:val="19"/>
        </w:rPr>
        <w:t>Menerapkan prosedur kerja dan teknik pemecahan masalah terkait Menjaga Martabat Manusia dengan Menjauhi Pergaulan Bebas secara mandiri dan presisi.</w:t>
      </w:r>
    </w:p>
    <w:p>
      <w:pPr>
        <w:pStyle w:val="ListNumber"/>
      </w:pPr>
      <w:r>
        <w:rPr>
          <w:rFonts w:ascii="Calibri" w:hAnsi="Calibri"/>
          <w:b w:val="0"/>
          <w:i w:val="0"/>
          <w:color w:val="000000"/>
          <w:sz w:val="19"/>
        </w:rPr>
        <w:t>Mengevaluasi hasil kerja, kepatuhan SOP, dan keselamatan kerja (K3) pada aktivitas pembelajaran Menjaga Martabat Manusia dengan Menjauhi Pergaulan Bebas.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Kajian Q.S. Al-Isra ayat 32 dan Q.S. An-Nur ayat 2, bahaya pergaulan bebas dan zina, serta pembiasaan adab menjaga pandangan.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Menjaga Martabat Manusia dengan Menjauhi Pergaulan Bebas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Menjaga Martabat Manusia dengan Menjauhi Pergaulan Bebas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Menjaga Martabat Manusia dengan Menjauhi Pergaulan Bebas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Menjaga Martabat Manusia dengan Menjauhi Pergaulan Bebas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Menjaga Martabat Manusia dengan Menjauhi Pergaulan Bebas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Menjaga Martabat Manusia dengan Menjauhi Pergaulan Bebas?</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Menjaga Martabat Manusia dengan Menjauhi Pergaulan Bebas.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Menjaga Martabat Manusia dengan Menjauhi Pergaulan Bebas?</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Menjaga Martabat Manusia dengan Menjauhi Pergaulan Bebas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Agama Islam dan Budi Pekerti • Bab 5: Menjaga Martabat Manusia dengan Menjauhi Pergaulan Bebas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Menjaga Martabat Manusia dengan Menjauhi Pergaulan Bebas</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Menjaga Martabat Manusia dengan Menjauhi Pergaulan Bebas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Menjaga Martabat Manusia dengan Menjauhi Pergaulan Bebas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Menjaga Martabat Manusia dengan Menjauhi Pergaulan Bebas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Menjaga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Menjaga Martabat Manusia dengan Menjauhi Pergaulan Bebas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Martabat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Manusia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