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Meneladani Tokoh Ulama Penyebar Islam di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Meneladani Tokoh Ulama Penyebar Islam di Nusantara dalam konteks operasional kejuruan secara komprehensif.</w:t>
      </w:r>
    </w:p>
    <w:p>
      <w:pPr>
        <w:pStyle w:val="ListNumber"/>
      </w:pPr>
      <w:r>
        <w:rPr>
          <w:rFonts w:ascii="Calibri" w:hAnsi="Calibri"/>
          <w:b w:val="0"/>
          <w:i w:val="0"/>
          <w:color w:val="000000"/>
          <w:sz w:val="19"/>
        </w:rPr>
        <w:t>Menerapkan prosedur kerja dan teknik pemecahan masalah terkait Meneladani Tokoh Ulama Penyebar Islam di Nusantara secara mandiri dan presisi.</w:t>
      </w:r>
    </w:p>
    <w:p>
      <w:pPr>
        <w:pStyle w:val="ListNumber"/>
      </w:pPr>
      <w:r>
        <w:rPr>
          <w:rFonts w:ascii="Calibri" w:hAnsi="Calibri"/>
          <w:b w:val="0"/>
          <w:i w:val="0"/>
          <w:color w:val="000000"/>
          <w:sz w:val="19"/>
        </w:rPr>
        <w:t>Mengevaluasi hasil kerja, kepatuhan SOP, dan keselamatan kerja (K3) pada aktivitas pembelajaran Meneladani Tokoh Ulama Penyebar Islam di Nusantara.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Sejarah dakwah damai Walisongo, akulturasi budaya Islam dengan kearifan lokal, dan nilai kegigihan membangun peradaban.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Meneladani Tokoh Ulama Penyebar Islam di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Meneladani Tokoh Ulama Penyebar Islam di Nusantara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Meneladani Tokoh Ulama Penyebar Islam di Nusantara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Meneladani Tokoh Ulama Penyebar Islam di Nusantara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Meneladani Tokoh Ulama Penyebar Islam di Nusantara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Meneladani Tokoh Ulama Penyebar Islam di Nusantara?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Meneladani Tokoh Ulama Penyebar Islam di Nusantara.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Meneladani Tokoh Ulama Penyebar Islam di Nusantara?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Meneladani Tokoh Ulama Penyebar Islam di Nusantara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3: Meneladani Tokoh Ulama Penyebar Islam di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Meneladani Tokoh Ulama Penyebar Islam di Nusantara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Meneladani Tokoh Ulama Penyebar Islam di Nusantara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Meneladani Tokoh Ulama Penyebar Islam di Nusantara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Meneladani Tokoh Ulama Penyebar Islam di Nusantara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Meneladani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Meneladani Tokoh Ulama Penyebar Islam di Nusantara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Tokoh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Ulama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