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Menghindari Perilaku Menyimpang dan Budaya Konsumtif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Menghindari Perilaku Menyimpang dan Budaya Konsumtif dalam konteks operasional kejuruan secara komprehensif.</w:t>
      </w:r>
    </w:p>
    <w:p>
      <w:pPr>
        <w:pStyle w:val="ListNumber"/>
      </w:pPr>
      <w:r>
        <w:rPr>
          <w:rFonts w:ascii="Calibri" w:hAnsi="Calibri"/>
          <w:b w:val="0"/>
          <w:i w:val="0"/>
          <w:color w:val="000000"/>
          <w:sz w:val="19"/>
        </w:rPr>
        <w:t>Menerapkan prosedur kerja dan teknik pemecahan masalah terkait Menghindari Perilaku Menyimpang dan Budaya Konsumtif secara mandiri dan presisi.</w:t>
      </w:r>
    </w:p>
    <w:p>
      <w:pPr>
        <w:pStyle w:val="ListNumber"/>
      </w:pPr>
      <w:r>
        <w:rPr>
          <w:rFonts w:ascii="Calibri" w:hAnsi="Calibri"/>
          <w:b w:val="0"/>
          <w:i w:val="0"/>
          <w:color w:val="000000"/>
          <w:sz w:val="19"/>
        </w:rPr>
        <w:t>Mengevaluasi hasil kerja, kepatuhan SOP, dan keselamatan kerja (K3) pada aktivitas pembelajaran Menghindari Perilaku Menyimpang dan Budaya Konsumtif.</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Kajian Q.S. Al-Isra ayat 26-27, bahaya gaya hidup hedonisme dan israf, serta penanaman hidup bersahaja dan amanah harta.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Menghindari Perilaku Menyimpang dan Budaya Konsumtif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Menghindari Perilaku Menyimpang dan Budaya Konsumtif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Menghindari Perilaku Menyimpang dan Budaya Konsumtif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Menghindari Perilaku Menyimpang dan Budaya Konsumtif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Menghindari Perilaku Menyimpang dan Budaya Konsumtif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Menghindari Perilaku Menyimpang dan Budaya Konsumtif?</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Menghindari Perilaku Menyimpang dan Budaya Konsumtif.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Menghindari Perilaku Menyimpang dan Budaya Konsumtif?</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Menghindari Perilaku Menyimpang dan Budaya Konsumtif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Agama Islam dan Budi Pekerti • Bab 2: Menghindari Perilaku Menyimpang dan Budaya Konsumtif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Menghindari Perilaku Menyimpang dan Budaya Konsumtif</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Menghindari Perilaku Menyimpang dan Budaya Konsumtif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Menghindari Perilaku Menyimpang dan Budaya Konsumtif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Menghindari Perilaku Menyimpang dan Budaya Konsumtif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Menghindari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Menghindari Perilaku Menyimpang dan Budaya Konsumtif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Perilaku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Menyimpang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