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Berpikir Kritis dan Menuntut Ilmu dalam Islam</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Berpikir Kritis dan Menuntut Ilmu dalam Islam dalam konteks operasional kejuruan secara komprehensif.</w:t>
      </w:r>
    </w:p>
    <w:p>
      <w:pPr>
        <w:pStyle w:val="ListNumber"/>
      </w:pPr>
      <w:r>
        <w:rPr>
          <w:rFonts w:ascii="Calibri" w:hAnsi="Calibri"/>
          <w:b w:val="0"/>
          <w:i w:val="0"/>
          <w:color w:val="000000"/>
          <w:sz w:val="19"/>
        </w:rPr>
        <w:t>Menerapkan prosedur kerja dan teknik pemecahan masalah terkait Berpikir Kritis dan Menuntut Ilmu dalam Islam secara mandiri dan presisi.</w:t>
      </w:r>
    </w:p>
    <w:p>
      <w:pPr>
        <w:pStyle w:val="ListNumber"/>
      </w:pPr>
      <w:r>
        <w:rPr>
          <w:rFonts w:ascii="Calibri" w:hAnsi="Calibri"/>
          <w:b w:val="0"/>
          <w:i w:val="0"/>
          <w:color w:val="000000"/>
          <w:sz w:val="19"/>
        </w:rPr>
        <w:t>Mengevaluasi hasil kerja, kepatuhan SOP, dan keselamatan kerja (K3) pada aktivitas pembelajaran Berpikir Kritis dan Menuntut Ilmu dalam Islam.</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Kajian Q.S. Ali Imran ayat 190-191, keutamaan menuntut ilmu kejuruan dan sains teknologi, serta menjauhi taklid buta.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Berpikir Kritis dan Menuntut Ilmu dalam Islam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Berpikir Kritis dan Menuntut Ilmu dalam Islam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Berpikir Kritis dan Menuntut Ilmu dalam Islam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Berpikir Kritis dan Menuntut Ilmu dalam Islam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Berpikir Kritis dan Menuntut Ilmu dalam Islam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Berpikir Kritis dan Menuntut Ilmu dalam Islam?</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Berpikir Kritis dan Menuntut Ilmu dalam Islam.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Berpikir Kritis dan Menuntut Ilmu dalam Islam?</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Berpikir Kritis dan Menuntut Ilmu dalam Islam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1: Berpikir Kritis dan Menuntut Ilmu dalam Islam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Berpikir Kritis dan Menuntut Ilmu dalam Islam</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Berpikir Kritis dan Menuntut Ilmu dalam Islam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Berpikir Kritis dan Menuntut Ilmu dalam Islam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Berpikir Kritis dan Menuntut Ilmu dalam Islam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Berpikir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Berpikir Kritis dan Menuntut Ilmu dalam Islam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Kritis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Menuntut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