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Meneladani Kisah Nabi Muhammad SAW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Menceritakan kembali kisah masa kecil Nabi Muhammad SAW secara ringkas dan runtut.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arti gelar Al-Amin yang disematkan kepada Nabi Muhammad SAW.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Mencontohkan perilaku jujur (tidak berbohong dan tidak menyontek) di lingkungan sekolah.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kasih sayang dan tolong-menolong kepada teman dan keluarga.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PAI Kelas 1 SD Bab 8 mengenai kisah kelahiran Nabi Muhammad SAW, gelar Al-Amin (terpercaya), sikap jujur, kerja keras, dan kasih sayang kepada sesama dan lingkungan.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Kisah Kelahiran dan Masa Kecil Nabi Muhammad SAW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Menyimak kisah masa kecil Nabi yang mandiri, sabar, dan penuh berkah di kota Makkah.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Gelar Al-Amin dan Kejujuran Nabi Muhammad SAW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Meneladani sifat jujur Nabi saat berdagang dan dipercaya oleh seluruh masyarakat.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Kasih Sayang Nabi kepada Sesama dan Alam Sekitar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sikap santun, suka menolong, dan menyayangi binatang seperti teladan Nabi.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Nabi dan Rasul terakhir penutup para nabi pembawa rahmat bagi seluruh alam (Rahmatan lil 'Alamin)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Nabi Muhammad SAW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Nabi Ibrahim 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Nabi Musa 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Nabi Isa 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Nabi Muhammad SAW adalah nabi dan rasul terakhir (Khatamun Nabiyyin).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Nabi Muhammad SAW sejak masa muda terkenal sangat jujur dan dapat dipercaya, sehingga beliau diberi gelar kehormatan...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Al-Amin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Al-Faruq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As-Siddiq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Dzun-Nurain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Gelar 'Al-Amin' artinya orang yang dapat dipercaya, diberikan oleh masyarakat Quraisy karena kejujuran beliau.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Nabi Muhammad SAW terhadap anak-anak, fakir miskin, dan anak yatim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Sangat penyayang, santun, dan gemar menolong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Menjauhi dan tidak mempedulikan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Bersikap kasar dan pemarah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Menuntut bayaran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Rasulullah SAW adalah teladan akhlak mulia yang penuh kasih sayang kepada semua makhluk.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Nabi Muhammad SAW dilahirkan di kota suci...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Makkah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Madinah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Yerusalem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Kairo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Nabi Muhammad SAW lahir di kota Makkah al-Mukarramah pada Tahun Gajah (12 Rabiul Awwal).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Cara terbaik bagi siswa meneladani akhlak Nabi Muhammad SAW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Selalu berkata jujur, menepati janji, dan menyayangi sesama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Berbohong saat tidak mengerjakan tugas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Memusuhi teman yang berbeda suku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Memamerkan barang mewah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Kejujuran (Siddiq) dan amanah adalah akhlak utama Rasulullah SAW yang harus kita terapkan setiap hari.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8: Meneladani Kisah Nabi Muhammad SAW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Kisah Kelahiran dan Masa Kecil Nabi Muhammad SAW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Menyimak kisah masa kecil Nabi yang mandiri, sabar, dan penuh berkah di kota Makkah.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Gelar Al-Amin dan Kejujuran Nabi Muhammad SAW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Meneladani sifat jujur Nabi saat berdagang dan dipercaya oleh seluruh masyarakat.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Kasih Sayang Nabi kepada Sesama dan Alam Sekitar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sikap santun, suka menolong, dan menyayangi binatang seperti teladan Nabi.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penutup PAI kelas 1 menyajikan narasi keteladanan (Sirah Nabawiyah) masa kecil dan masa muda Nabi Muhammad SAW. Siswa menyimak cerita kelahiran Nabi di kota Makkah dalam keadaan yatim piatu.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mempelajari sifat kejujuran dan amanah Nabi Muhammad SAW sejak kecil saat menggembala kambing dan berdagang, sehingga beliau dianugerahi gelar 'Al-Amin' (orang yang sangat terpercaya) oleh masyarakat Quraisy.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menuntun siswa meneladani akhlak mulia Nabi dalam kehidupan nyata: selalu berkata jujur dan tidak berbohong, memelihara amanah titipan teman, serta menyayangi anak yatim, orang tua, dan hewan peliharaan.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Nabi Muhammad SAW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Nabi dan Rasul terakhir yang diutus oleh Allah SWT sebagai rahmat bagi seluruh alam semesta (Rahmatan lil 'Alamin).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Al-Amin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Gelar kehormatan untuk Nabi Muhammad SAW yang bermakna 'orang yang jujur dan dapat dipercaya'.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Jujur (Siddiq)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kesesuaian antara perkataan dan perbuatan yang sebenarnya tanpa ada kebohongan.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Sirah Nabawiyah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Catatan sejarah perjalanan hidup dan keteladanan Nabi Muhammad SAW sejak lahir hingga wafat.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Amanah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dapat dipercaya dalam memegang dan menyampaikan titipan atau tanggung jawab.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