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A (KELAS 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6: Bersuci (Thaharah) dan Tata Cara Berwudu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pentingnya bersuci (thaharah) sebelum melaksanakan ibadah salat.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Mempraktikkan adab masuk dan keluar kamar mandi serta cara beristinja yang bersih.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Menyebutkan urutan gerakan wudu secara runtut dari awal hingga akhir.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Mempraktikkan wudu secara langsung dengan membasuh seluruh anggota wudu secara sempurna dan hemat air.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Perangkat ajar PAI Kelas 1 SD Bab 6 mengenai konsep bersuci dari hadas kecil, tata cara istinja (buang air), dan urutan praktik gerakan wudu yang benar dan tertib.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Mengenal Bersuci (Thaharah) dan Istinja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arti suci dan bersih serta adab buang air kecil/besar di toilet yang benar.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Rukun dan Urutan Gerakan Berwudu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Menghafal urutan langkah berwudu mulai dari niat hingga membasuh kedua mata kaki secara tertib.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Praktik Berwudu Langsung di Tempat Wudu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wudu menggunakan air mengalir secara hemat dan membasuh anggota wudu secara sempurna.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Arti dari kata 'Thaharah' dalam ajaran Islam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Bersuci dari hadas dan najis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Berbelanja makanan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Membaca buku cerita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Berolahraga pagi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Thaharah artinya bersuci agar tubuh, pakaian, dan tempat suci serta sah untuk beribadah.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Sebelum kita melaksanakan ibadah salat, kita wajib bersuci dengan cara...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Berwudu dengan air bersih dan suci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Memakai wangi-wangian saja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Mengganti sepatu baru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Mencuci muka dengan minyak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Wudu adalah syarat sah salat untuk menghilangkan hadas kecil.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Anggota tubuh yang pertama kali dibasuh saat rukun wudu setelah berniat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Membasuh seluruh muka/wajah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Membasuh kaki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Membasuh telinga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Mengusap rambut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Rukun wudu pertama (setelah niat) adalah membasuh wajah secara merata.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Saat membasuh kedua tangan dalam wudu, batas basuhannya adalah sampai...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Kedua siku tangan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Pergelangan tangan saja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Ketiak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Ujung jari saja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Kedua tangan dibasuh dari ujung jari hingga melebihi kedua siku tangan.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Hal yang dapat membatalkan wudu seseorang di bawah ini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Buang air kecil, buang air besar, atau buang angin (kentut)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Berbicara santun dengan teman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Membaca buku pelajaran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Meminum air putih bersih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Keluarnya sesuatu dari dua jalan (kubul/dubur) seperti buang air dan kentut membatalkan wudu.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6: Bersuci (Thaharah) dan Tata Cara Berwudu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Mengenal Bersuci (Thaharah) dan Istinja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arti suci dan bersih serta adab buang air kecil/besar di toilet yang benar.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Rukun dan Urutan Gerakan Berwudu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Menghafal urutan langkah berwudu mulai dari niat hingga membasuh kedua mata kaki secara tertib.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Praktik Berwudu Langsung di Tempat Wudu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wudu menggunakan air mengalir secara hemat dan membasuh anggota wudu secara sempurna.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Kebersihan fisik dan kesucian spiritual adalah syarat mutlak sebelum menghadap Allah dalam ibadah salat. Siswa diajarkan konsep Thaharah (bersuci) dari kotoran dan najis.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adab di kamar mandi (masuk mendahulukan kaki kiri, membaca doa, tidak bersuara, istinja dengan air bersih, dan keluar dengan kaki kanan).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mempraktikkan rukun dan sunnah wudu secara tertib: niat, membasuh telapak tangan, berkumur, membasuh hidung, membasuh muka, mencuci tangan hingga siku, mengusap sebagian kepala, membasuh telinga, mencuci kaki hingga mata kaki, dan doa setelah wudu.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Thaharah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Kegiatan bersuci dari najis dan hadas agar sah melaksanakan ibadah salat.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Wudu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Cara bersuci menggunakan air suci untuk menghilangkan hadas kecil pada anggota tubuh tertentu.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Istinja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Tindakan membersihkan kotoran setelah buang air kecil atau besar menggunakan air bersih.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Najis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Benda kotor menurut syariat Islam yang menghalangi sahnya ibadah salat.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Tertib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Melaksanakan urutan rukun wudu secara berurutan tanpa mendahulukan yang akhir.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1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