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Mengenal Rukun Islam dan Kalimat Syahadat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Menyebutkan 5 urutan Rukun Islam secara urut dan lancar.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Melafalkan dua kalimat syahadat (syahadatain) dalam bahasa Arab dengan makhraj yang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arti dua kalimat syahadat dalam bahasa Indonesia secara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sikap taat beribadah dan tidak menyekutukan Allah SWT dengan sesuatu apapun.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PAI Kelas 1 SD Bab 5 mengenai 5 pilar Rukun Islam, pelafalan dua kalimat syahadat (Syahadatain) beserta artinya, dan pengamalan tauhid.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Menghafal 5 Rukun Islam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Menyebutkan 5 rukun Islam secara urut melalui nyanyian tepuk rukun Islam.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Melafalkan Dua Kalimat Syahadat (Syahadatain)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lafal Syahadat Tauhid dan Syahadat Rasul beserta maknanya.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Mengamalkan Nilai Syahadat dalam Keseharian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Hanya menyembah kepada Allah SWT dan menaati sunnah ajaran Nabi Muhammad SAW.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Jumlah rukun Islam sebagai fondasi utama ibadah seorang muslim 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5 (Lima) perkara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6 (Enam) perkara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7 (Tujuh) perkara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10 (Sepuluh) perkara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Rukun Islam berjumlah 5: Syahadat, Salat, Zakat, Puasa, dan Haji.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Rukun Islam yang pertama adalah mengucapkan...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Dua kalimat Syahadat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Menunaikan ibadah salat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Membayar zakat fitrah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Berpuasa di bulan Ramadhan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Syahadatain (persaksian tiada Tuhan selain Allah dan Nabi Muhammad utusan Allah) adalah pintu masuk keislaman.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Arti dari kalimat 'Asyhadu alla ilaaha illallah'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Saya bersaksi bahwa tidak ada Tuhan selain Allah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Saya bersaksi Nabi Muhammad utusan Allah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Segala puji bagi Allah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Allah Maha Besar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Syahadat tauhid menegaskan keesaan Allah SWT sebagai satu-satunya sembahan yang benar.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Rukun Islam yang kedua berupa tiang agama yang wajib didirikan 5 waktu sehari semalam adalah ibadah...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Salat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Zakat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Puasa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Haji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Salat lima waktu adalah rukun Islam kedua dan merupakan tiang penopang agama Islam.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Menahan diri dari makan, minum, dan hal-hal yang membatalkan dari terbit fajar hingga terbenam matahari di bulan suci disebut ibadah...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Puasa Ramadhan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Sedekah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Tadarus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Iktikaf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Puasa di bulan Ramadhan adalah rukun Islam yang ke-4.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5: Mengenal Rukun Islam dan Kalimat Syahadat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Menghafal 5 Rukun Islam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Menyebutkan 5 rukun Islam secara urut melalui nyanyian tepuk rukun Islam.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Melafalkan Dua Kalimat Syahadat (Syahadatain)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lafal Syahadat Tauhid dan Syahadat Rasul beserta maknanya.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Mengamalkan Nilai Syahadat dalam Keseharian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Hanya menyembah kepada Allah SWT dan menaati sunnah ajaran Nabi Muhammad SAW.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Memasuki semester 2, pembelajaran memfokuskan pada rukun syariat dasar agama Islam. Peserta didik mempelajari 5 pilar Rukun Islam: mengucap dua kalimat syahadat, mendirikan salat, membayar zakat, berpuasa di bulan Ramadan, dan menunaikan haji bagi yang mampu.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dilatih melafalkan bacaan Syahadat Tauhid (*Asyhadu alla ilaha illallah*) dan Syahadat Rasul (*wa asyhadu anna Muhammadar rasulullah*) dengan artikulasi bahasa Arab yang jelas beserta terjemahannya dalam bahasa Indonesia.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menanamkan keyakinan bahwa tiada Tuhan yang berhak disembah selain Allah dan Nabi Muhammad adalah utusan Allah, serta melatih kedisiplinan beribadah sejak dini.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Rukun Islam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Lima amalan pokok yang menjadi tiang utama pelaksanaan syariat bagi setiap pemeluk agama Islam.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Syahadatain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Dua kalimat persaksian yang menjadi pintu masuk ke dalam agama Islam (Syahadat Tauhid dan Syahadat Rasul).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Syahadat Tauhid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Persaksian bahwa tiada Tuhan yang berhak disembah selain Allah SWT.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Syahadat Rasul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Persaksian bahwa Nabi Muhammad SAW adalah hamba dan utusan Allah SWT.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Tauhid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Konsep mengesakan Allah SWT dalam segala hal, tanpa menyekutukan-Nya dengan apapun.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