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AGAMA ISLAM DAN BUDI PEKERTI — FASE A (KELAS 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A (Kelas 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Agama Islam dan Budi Pekerti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4: Mengenal Asmaul Husna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Pembiasaan Reflektif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Mushala/ruang ibadah, mushaf Al-Qur'an dan terjemahan, media audio-visual,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Melafalkan 4 Asmaul Husna (Ar-Rahman, Ar-Rahim, Al-Malik, Al-Quddus) dengan benar.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Menjelaskan arti masing-masing dari 4 nama Asmaul Husna secara sederhana.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Mencontohkan perilaku menyayangi teman sebagai wujud meneladani sifat Ar-Rahman.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Menerapkan kebiasaan menjaga kebersihan diri sebagai wujud meneladani sifat Al-Quddus.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Perangkat ajar PAI Kelas 1 SD Bab 4 untuk mengenal dan meneladani 4 nama agung Allah SWT: Ar-Rahman, Ar-Rahim, Al-Malik, dan Al-Quddus.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Mengenal Arti Ar-Rahman dan Ar-Rahim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Menjelaskan bukti kasih sayang Allah kepada manusia dan meneladaninya dengan sikap penyayang.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Mengenal Arti Al-Malik dan Al-Quddus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Memahami bahwa Allah Maharaja alam semesta dan menyukai kesucian hati serta kebersihan.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Meneladani Asmaul Husna dalam Keseharian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Mempraktikkan sikap saling memaafkan, menjaga kebersihan, dan rendah hati di sekolah.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Asmaul Husna adalah nama-nama Allah SWT yang...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Sangat baik, indah, dan agung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Sulit dipahami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Tersembunyi tanpa arti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Sama dengan nama manusia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Asmaul Husna artinya nama-nama yang mulia dan terindah milik Allah SWT (berjumlah 99).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Asmaul Husna 'Ar-Rahman' artinya Allah Maha...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Pengasih bagi seluruh makhluk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Penyayang khusus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Merajai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Mengetahui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Ar-Rahman artinya Allah Maha Pengasih kepada semua makhluk ciptaan-Nya di dunia.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Asmaul Husna 'Ar-Rahim' artinya Allah Maha...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Penyayang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Pencipta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Kuasa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Perkasa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Ar-Rahim artinya Allah Maha Penyayang, terutama kepada hamba-hamba-Nya yang beriman.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Contoh meneladani sifat Ar-Rahman dan Ar-Rahim dalam kehidupan sehari-hari di sekolah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Menyayangi teman, suka berbagi, dan tidak bersikap kasar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Mengambil bekal makan teman secara paksa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Memusuhi teman yang berbuat salah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Merusak mainan kelas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Meneladani sifat pengasih dan penyayang Allah diwujudkan dengan sikap welas asih, lembut, dan gemar menolong.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Asmaul Husna 'Al-Malik' bermakna bahwa Allah Maha...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Merajai / Menguasai seluruh alam semesta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Lemah lembut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Menghitung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Memberi rezeki saja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Al-Malik artinya Allah Maha Raja yang menguasai dan mengatur seluruh langit dan bumi beserta isinya.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Agama Islam dan Budi Pekerti • Bab 4: Mengenal Asmaul Husna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Mengenal Arti Ar-Rahman dan Ar-Rahim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Menjelaskan bukti kasih sayang Allah kepada manusia dan meneladaninya dengan sikap penyayang.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Mengenal Arti Al-Malik dan Al-Quddus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Memahami bahwa Allah Maharaja alam semesta dan menyukai kesucian hati serta kebersihan.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Meneladani Asmaul Husna dalam Keseharian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Mempraktikkan sikap saling memaafkan, menjaga kebersihan, dan rendah hati di sekolah.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4 menutup semester ganjil dengan pendalaman Asmaul Husna (nama-nama Allah yang paling indah dan mulia). Siswa kelas 1 mempelajari 4 nama pokok yang paling dekat dengan kehidupan mereka.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Empat nama agung tersebut adalah: Ar-Rahman (Maha Pengasih kepada semua makhluk), Ar-Rahim (Maha Penyayang kepada orang beriman), Al-Malik (Maha Merajai alam semesta), dan Al-Quddus (Maha Suci dari segala kekurangan).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Modul ini menuntun siswa meneladani sifat kasih sayang dalam pergaulan: menyayangi adik dan teman (meneladani Ar-Rahman/Ar-Rahim), menjaga kebersihan diri dan hati (meneladani Al-Quddus), serta tidak sombong.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Asmaul Husna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Nama-nama Allah SWT yang baik, agung, dan indah yang berjumlah 99 nama.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Ar-Rahman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Nama Allah SWT yang bermakna Maha Pengasih kepada seluruh makhluk di dunia.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Ar-Rahim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Nama Allah SWT yang bermakna Maha Penyayang, terutama kepada hamba-Nya yang beriman.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Al-Malik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Nama Allah SWT yang bermakna Maha Merajai atau Penguasa mutlak seluruh alam semesta.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Al-Quddus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Nama Allah SWT yang bermakna Maha Suci dari segala cela, kekurangan, dan kesalahan.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Kebijakan Pendidikan Dasar dan Menengah Kemendikdasmen No. 020 Tahun 2026 tentang Capaian Pembelajaran Pendidikan Agama dan Budi Pekerti.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Agama Islam dan Budi Pekerti Kelas 1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