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Membiasakan Kalimat Thayyibah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kalimat Basmalah, Hamdalah, dan Salam dengan lafal yang fasih dan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waktu dan situasi yang tepat untuk mengucapkan masing-masing kalimat thayyibah.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Membiasakan mengucap Basmalah sebelum beraktivitas dan Hamdalah setelah selesai secara konsisten.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Menjawab salam teman dan guru dengan ucapan yang lengkap dan santun.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3 mengenai pembiasaan mengucapkan Basmalah, Hamdalah, Salam, dan Takbir pada momen yang tepat dalam keseharian anak.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Mengucapkan Basmalah Sebelum Memulai Aktivitas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membaca Basmalah saat hendak makan, minum, belajar, dan melangkah keluar rumah.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Mengucapkan Hamdalah Sebagai Wujud Syukur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bacaan Hamdalah saat selesai melakukan kegiatan dan saat menerima kebaikan.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Menebarkan Salam dan Menjawabnya dengan Santun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adab mengucap dan menjawab salam saat bertemu guru, orang tua, dan 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Thayyibah artinya adalah perkataan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Baik, terpuji, dan mengandung pujian kepada Allah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Buruk dan kasar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Menyakiti hati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Penuh kebohongan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Kalimat thayyibah adalah kalimat-kalimat suci yang baik dan bernilai pahala saat diucapkan.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Sebelum kita memulai aktivitas baik seperti belajar atau makan, kita membaca kalimat Basmalah yang berbunyi...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'Bismillaahir-rahmaanir-rahiim'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'Alhamdulillaahi rabbil-'aalamiin'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'Subhaanallah'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'Astaghfirullah'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Membaca Basmalah memohon keberkahan dan perlindungan Allah SWT dalam setiap perbuatan baik.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Setelah selesai makan, belajar, atau mendapat nikmat kebaikan, kita mengucap Hamdalah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'Alhamdulillaahi rabbil-'aalamiin'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'Allahu Akbar'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'Laa ilaaha illallaah'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'Bismillah'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Hamdalah adalah ungkapan rasa syukur kepada Allah SWT atas segala nikmat yang diberikan.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kita tak sengaja berbuat salah atau khilaf, kalimat istighfar yang kita ucapkan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'Astaghfirullaahal-'azhiim'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'Subhaanallah'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'Allahu Akbar'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'Alhamdulillah'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Istighfar diucapkan untuk memohon ampunan kepada Allah SWT.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Membiasakan bertutur kata yang sopan dan mengucapkan kalimat thayyibah akan membuat hati kita menjadi...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Tenang, damai, dan disayangi sesama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Gelisah dan takut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Sombong dan angkuh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Cepat marah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Perkataan yang baik mendatangkan ketenangan jiwa dan mempererat kerukunan.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3: Membiasakan Kalimat Thayyibah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Mengucapkan Basmalah Sebelum Memulai Aktivitas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membaca Basmalah saat hendak makan, minum, belajar, dan melangkah keluar rumah.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Mengucapkan Hamdalah Sebagai Wujud Syukur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bacaan Hamdalah saat selesai melakukan kegiatan dan saat menerima kebaikan.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Menebarkan Salam dan Menjawabnya dengan Santun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adab mengucap dan menjawab salam saat bertemu guru, orang tua, dan 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Kalimat Thayyibah adalah perkataan-perkataan yang baik dan bernilai ibadah saat diucapkan oleh seorang muslim. Pada bab ini, anak dibiasakan melafalkan zikir harian yang mudah diingat.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mengucapkan 'Bismillahir-rahmanir-rahim' sebelum memulai makan atau belajar, mengucapkan 'Alhamdulillahi rabbil 'alamin' setelah selesai beraktivitas, serta mengucapkan dan menjawab salam 'Assalamu'alaikum warahmatullahi wabarakatuh'.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menanamkan pembentukan karakter akhlakul karimah, kesantunan lisan, serta menjauhkan anak dari kebiasaan berkata kotor atau mencela teman.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Thayyibah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Kalimat-kalimat atau ucapan baik yang mengandung zikir dan pujian kepada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Basmalah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Ucapan 'Bismillahir-rahmanir-rahim' yang berarti 'Dengan menyebut nama Allah Yang Maha Pengasih lagi Maha Penyayang'.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Hamdalah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Ucapan 'Alhamdulillahi rabbil 'alamin' yang bermakna 'Segala puji bagi Allah, Tuhan seluruh alam'.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Doa keselamatan dan perdamaian yang diucapkan saat bertemu sesama muslim.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Akhlakul Karimah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Budi pekerti atau perangai terpuji yang diajarkan dalam syariat Islam.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